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7C49" w:rsidRPr="00646DFE" w:rsidRDefault="008B63D1">
      <w:pPr>
        <w:jc w:val="center"/>
        <w:rPr>
          <w:lang w:val="cs-CZ"/>
        </w:rPr>
      </w:pPr>
      <w:r w:rsidRPr="00646DFE">
        <w:rPr>
          <w:b/>
          <w:sz w:val="28"/>
          <w:lang w:val="cs-CZ"/>
        </w:rPr>
        <w:t>Základní škola a mateřská škola MUDr. Josefa Moravce, Nemojov</w:t>
      </w:r>
      <w:r w:rsidRPr="00646DFE">
        <w:rPr>
          <w:b/>
          <w:sz w:val="28"/>
          <w:lang w:val="cs-CZ"/>
        </w:rPr>
        <w:br/>
        <w:t>544 61 Nemojov 101</w:t>
      </w:r>
    </w:p>
    <w:p w:rsidR="00F57C49" w:rsidRPr="00646DFE" w:rsidRDefault="008B63D1">
      <w:pPr>
        <w:rPr>
          <w:lang w:val="cs-CZ"/>
        </w:rPr>
      </w:pPr>
      <w:r w:rsidRPr="00646DFE">
        <w:rPr>
          <w:b/>
          <w:lang w:val="cs-CZ"/>
        </w:rPr>
        <w:t>Č. j.: ZSMS34/26</w:t>
      </w:r>
    </w:p>
    <w:p w:rsidR="00F57C49" w:rsidRPr="00646DFE" w:rsidRDefault="00F57C49">
      <w:pPr>
        <w:rPr>
          <w:lang w:val="cs-CZ"/>
        </w:rPr>
      </w:pPr>
    </w:p>
    <w:p w:rsidR="00F57C49" w:rsidRPr="00646DFE" w:rsidRDefault="008B63D1">
      <w:pPr>
        <w:spacing w:before="57" w:after="142"/>
        <w:jc w:val="center"/>
        <w:rPr>
          <w:lang w:val="cs-CZ"/>
        </w:rPr>
      </w:pPr>
      <w:r w:rsidRPr="00646DFE">
        <w:rPr>
          <w:noProof/>
          <w:lang w:val="cs-CZ" w:eastAsia="cs-CZ"/>
        </w:rPr>
        <w:drawing>
          <wp:inline distT="0" distB="0" distL="0" distR="0">
            <wp:extent cx="5112000" cy="428050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_bright_cheerful_illustrated_cartoon_watercolor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12000" cy="4280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7C49" w:rsidRPr="00646DFE" w:rsidRDefault="008B63D1">
      <w:pPr>
        <w:jc w:val="center"/>
        <w:rPr>
          <w:lang w:val="cs-CZ"/>
        </w:rPr>
      </w:pPr>
      <w:r w:rsidRPr="00646DFE">
        <w:rPr>
          <w:b/>
          <w:sz w:val="44"/>
          <w:lang w:val="cs-CZ"/>
        </w:rPr>
        <w:t>VNITŘNÍ ŘÁD</w:t>
      </w:r>
      <w:r w:rsidRPr="00646DFE">
        <w:rPr>
          <w:b/>
          <w:sz w:val="44"/>
          <w:lang w:val="cs-CZ"/>
        </w:rPr>
        <w:br/>
        <w:t>ŠKOLNÍ DRUŽINY</w:t>
      </w:r>
    </w:p>
    <w:p w:rsidR="00F57C49" w:rsidRPr="00646DFE" w:rsidRDefault="00F57C49">
      <w:pPr>
        <w:jc w:val="center"/>
        <w:rPr>
          <w:lang w:val="cs-CZ"/>
        </w:rPr>
      </w:pPr>
    </w:p>
    <w:p w:rsidR="00F57C49" w:rsidRPr="00646DFE" w:rsidRDefault="00F57C49">
      <w:pPr>
        <w:rPr>
          <w:lang w:val="cs-CZ"/>
        </w:rPr>
      </w:pPr>
    </w:p>
    <w:p w:rsidR="00F57C49" w:rsidRPr="00646DFE" w:rsidRDefault="00F57C49">
      <w:pPr>
        <w:rPr>
          <w:lang w:val="cs-CZ"/>
        </w:rPr>
      </w:pPr>
    </w:p>
    <w:tbl>
      <w:tblPr>
        <w:tblpPr w:leftFromText="141" w:rightFromText="141" w:vertAnchor="text" w:horzAnchor="margin" w:tblpY="182"/>
        <w:tblW w:w="0" w:type="auto"/>
        <w:tblLayout w:type="fixed"/>
        <w:tblLook w:val="04A0" w:firstRow="1" w:lastRow="0" w:firstColumn="1" w:lastColumn="0" w:noHBand="0" w:noVBand="1"/>
      </w:tblPr>
      <w:tblGrid>
        <w:gridCol w:w="1418"/>
        <w:gridCol w:w="4111"/>
      </w:tblGrid>
      <w:tr w:rsidR="00FB1676" w:rsidRPr="00646DFE" w:rsidTr="00FB1676">
        <w:tc>
          <w:tcPr>
            <w:tcW w:w="1418" w:type="dxa"/>
            <w:vAlign w:val="center"/>
          </w:tcPr>
          <w:p w:rsidR="00FB1676" w:rsidRPr="00646DFE" w:rsidRDefault="00FB1676" w:rsidP="00FB1676">
            <w:pPr>
              <w:rPr>
                <w:lang w:val="cs-CZ"/>
              </w:rPr>
            </w:pPr>
            <w:r w:rsidRPr="00646DFE">
              <w:rPr>
                <w:lang w:val="cs-CZ"/>
              </w:rPr>
              <w:t>Vydala:</w:t>
            </w:r>
          </w:p>
        </w:tc>
        <w:tc>
          <w:tcPr>
            <w:tcW w:w="4111" w:type="dxa"/>
            <w:vAlign w:val="center"/>
          </w:tcPr>
          <w:p w:rsidR="00FB1676" w:rsidRPr="00646DFE" w:rsidRDefault="00FB1676" w:rsidP="00FB1676">
            <w:pPr>
              <w:rPr>
                <w:lang w:val="cs-CZ"/>
              </w:rPr>
            </w:pPr>
            <w:r w:rsidRPr="00646DFE">
              <w:rPr>
                <w:lang w:val="cs-CZ"/>
              </w:rPr>
              <w:t>Mgr. Veronika Dulínková, ředitelka školy</w:t>
            </w:r>
          </w:p>
        </w:tc>
      </w:tr>
      <w:tr w:rsidR="00FB1676" w:rsidRPr="00646DFE" w:rsidTr="00FB1676">
        <w:tc>
          <w:tcPr>
            <w:tcW w:w="1418" w:type="dxa"/>
            <w:vAlign w:val="center"/>
          </w:tcPr>
          <w:p w:rsidR="00FB1676" w:rsidRPr="00646DFE" w:rsidRDefault="00FB1676" w:rsidP="00FB1676">
            <w:pPr>
              <w:rPr>
                <w:lang w:val="cs-CZ"/>
              </w:rPr>
            </w:pPr>
            <w:r w:rsidRPr="00646DFE">
              <w:rPr>
                <w:lang w:val="cs-CZ"/>
              </w:rPr>
              <w:t xml:space="preserve">Účinnost </w:t>
            </w:r>
            <w:proofErr w:type="gramStart"/>
            <w:r w:rsidRPr="00646DFE">
              <w:rPr>
                <w:lang w:val="cs-CZ"/>
              </w:rPr>
              <w:t>od</w:t>
            </w:r>
            <w:proofErr w:type="gramEnd"/>
            <w:r w:rsidRPr="00646DFE">
              <w:rPr>
                <w:lang w:val="cs-CZ"/>
              </w:rPr>
              <w:t>:</w:t>
            </w:r>
          </w:p>
        </w:tc>
        <w:tc>
          <w:tcPr>
            <w:tcW w:w="4111" w:type="dxa"/>
            <w:vAlign w:val="center"/>
          </w:tcPr>
          <w:p w:rsidR="00FB1676" w:rsidRPr="00646DFE" w:rsidRDefault="00FB1676" w:rsidP="00FB1676">
            <w:pPr>
              <w:rPr>
                <w:lang w:val="cs-CZ"/>
              </w:rPr>
            </w:pPr>
            <w:r w:rsidRPr="00646DFE">
              <w:rPr>
                <w:lang w:val="cs-CZ"/>
              </w:rPr>
              <w:t>1. 9. 2026</w:t>
            </w:r>
          </w:p>
        </w:tc>
      </w:tr>
    </w:tbl>
    <w:p w:rsidR="00F57C49" w:rsidRPr="00646DFE" w:rsidRDefault="00F57C49">
      <w:pPr>
        <w:rPr>
          <w:lang w:val="cs-CZ"/>
        </w:rPr>
      </w:pPr>
    </w:p>
    <w:p w:rsidR="00F57C49" w:rsidRPr="00646DFE" w:rsidRDefault="008B63D1">
      <w:pPr>
        <w:rPr>
          <w:lang w:val="cs-CZ"/>
        </w:rPr>
      </w:pPr>
      <w:r w:rsidRPr="00646DFE">
        <w:rPr>
          <w:lang w:val="cs-CZ"/>
        </w:rPr>
        <w:br w:type="page"/>
      </w:r>
    </w:p>
    <w:p w:rsidR="00F57C49" w:rsidRPr="00646DFE" w:rsidRDefault="008B63D1">
      <w:pPr>
        <w:pStyle w:val="Nadpis1"/>
        <w:spacing w:after="80"/>
        <w:rPr>
          <w:lang w:val="cs-CZ"/>
        </w:rPr>
      </w:pPr>
      <w:r w:rsidRPr="00646DFE">
        <w:rPr>
          <w:lang w:val="cs-CZ"/>
        </w:rPr>
        <w:lastRenderedPageBreak/>
        <w:t>Obsah</w:t>
      </w:r>
    </w:p>
    <w:p w:rsidR="00F57C49" w:rsidRPr="00646DFE" w:rsidRDefault="008B63D1">
      <w:pPr>
        <w:tabs>
          <w:tab w:val="right" w:leader="dot" w:pos="9071"/>
        </w:tabs>
        <w:spacing w:after="20" w:line="240" w:lineRule="auto"/>
        <w:rPr>
          <w:lang w:val="cs-CZ"/>
        </w:rPr>
      </w:pPr>
      <w:r w:rsidRPr="00646DFE">
        <w:rPr>
          <w:sz w:val="19"/>
          <w:lang w:val="cs-CZ"/>
        </w:rPr>
        <w:t>1. Obecná ustanovení a poslání školní družiny</w:t>
      </w:r>
      <w:r w:rsidRPr="00646DFE">
        <w:rPr>
          <w:sz w:val="19"/>
          <w:lang w:val="cs-CZ"/>
        </w:rPr>
        <w:tab/>
        <w:t>3</w:t>
      </w:r>
    </w:p>
    <w:p w:rsidR="00F57C49" w:rsidRPr="00646DFE" w:rsidRDefault="008B63D1">
      <w:pPr>
        <w:tabs>
          <w:tab w:val="right" w:leader="dot" w:pos="9071"/>
        </w:tabs>
        <w:spacing w:after="20" w:line="240" w:lineRule="auto"/>
        <w:rPr>
          <w:lang w:val="cs-CZ"/>
        </w:rPr>
      </w:pPr>
      <w:r w:rsidRPr="00646DFE">
        <w:rPr>
          <w:sz w:val="19"/>
          <w:lang w:val="cs-CZ"/>
        </w:rPr>
        <w:t>2. Práva a povinnosti žáků a zákonných zástupců</w:t>
      </w:r>
      <w:r w:rsidRPr="00646DFE">
        <w:rPr>
          <w:sz w:val="19"/>
          <w:lang w:val="cs-CZ"/>
        </w:rPr>
        <w:tab/>
        <w:t>3</w:t>
      </w:r>
    </w:p>
    <w:p w:rsidR="00F57C49" w:rsidRPr="00646DFE" w:rsidRDefault="008B63D1">
      <w:pPr>
        <w:tabs>
          <w:tab w:val="right" w:leader="dot" w:pos="9071"/>
        </w:tabs>
        <w:spacing w:after="20" w:line="240" w:lineRule="auto"/>
        <w:ind w:left="255"/>
        <w:rPr>
          <w:lang w:val="cs-CZ"/>
        </w:rPr>
      </w:pPr>
      <w:r w:rsidRPr="00646DFE">
        <w:rPr>
          <w:sz w:val="19"/>
          <w:lang w:val="cs-CZ"/>
        </w:rPr>
        <w:t>2.1 Práva žáků</w:t>
      </w:r>
      <w:r w:rsidRPr="00646DFE">
        <w:rPr>
          <w:sz w:val="19"/>
          <w:lang w:val="cs-CZ"/>
        </w:rPr>
        <w:tab/>
        <w:t>3</w:t>
      </w:r>
    </w:p>
    <w:p w:rsidR="00F57C49" w:rsidRPr="00646DFE" w:rsidRDefault="008B63D1">
      <w:pPr>
        <w:tabs>
          <w:tab w:val="right" w:leader="dot" w:pos="9071"/>
        </w:tabs>
        <w:spacing w:after="20" w:line="240" w:lineRule="auto"/>
        <w:ind w:left="255"/>
        <w:rPr>
          <w:lang w:val="cs-CZ"/>
        </w:rPr>
      </w:pPr>
      <w:r w:rsidRPr="00646DFE">
        <w:rPr>
          <w:sz w:val="19"/>
          <w:lang w:val="cs-CZ"/>
        </w:rPr>
        <w:t>2.2 Povinnosti žáků</w:t>
      </w:r>
      <w:r w:rsidRPr="00646DFE">
        <w:rPr>
          <w:sz w:val="19"/>
          <w:lang w:val="cs-CZ"/>
        </w:rPr>
        <w:tab/>
        <w:t>3</w:t>
      </w:r>
    </w:p>
    <w:p w:rsidR="00F57C49" w:rsidRPr="00646DFE" w:rsidRDefault="008B63D1">
      <w:pPr>
        <w:tabs>
          <w:tab w:val="right" w:leader="dot" w:pos="9071"/>
        </w:tabs>
        <w:spacing w:after="20" w:line="240" w:lineRule="auto"/>
        <w:ind w:left="255"/>
        <w:rPr>
          <w:lang w:val="cs-CZ"/>
        </w:rPr>
      </w:pPr>
      <w:r w:rsidRPr="00646DFE">
        <w:rPr>
          <w:sz w:val="19"/>
          <w:lang w:val="cs-CZ"/>
        </w:rPr>
        <w:t>2.3 Zakázané a rizikové jednání</w:t>
      </w:r>
      <w:r w:rsidRPr="00646DFE">
        <w:rPr>
          <w:sz w:val="19"/>
          <w:lang w:val="cs-CZ"/>
        </w:rPr>
        <w:tab/>
        <w:t>3</w:t>
      </w:r>
    </w:p>
    <w:p w:rsidR="00F57C49" w:rsidRPr="00646DFE" w:rsidRDefault="008B63D1">
      <w:pPr>
        <w:tabs>
          <w:tab w:val="right" w:leader="dot" w:pos="9071"/>
        </w:tabs>
        <w:spacing w:after="20" w:line="240" w:lineRule="auto"/>
        <w:ind w:left="255"/>
        <w:rPr>
          <w:lang w:val="cs-CZ"/>
        </w:rPr>
      </w:pPr>
      <w:r w:rsidRPr="00646DFE">
        <w:rPr>
          <w:sz w:val="19"/>
          <w:lang w:val="cs-CZ"/>
        </w:rPr>
        <w:t>2.4 Práva a povinnosti zákonných zástupců</w:t>
      </w:r>
      <w:r w:rsidRPr="00646DFE">
        <w:rPr>
          <w:sz w:val="19"/>
          <w:lang w:val="cs-CZ"/>
        </w:rPr>
        <w:tab/>
        <w:t>4</w:t>
      </w:r>
    </w:p>
    <w:p w:rsidR="00F57C49" w:rsidRPr="00646DFE" w:rsidRDefault="008B63D1">
      <w:pPr>
        <w:tabs>
          <w:tab w:val="right" w:leader="dot" w:pos="9071"/>
        </w:tabs>
        <w:spacing w:after="20" w:line="240" w:lineRule="auto"/>
        <w:rPr>
          <w:lang w:val="cs-CZ"/>
        </w:rPr>
      </w:pPr>
      <w:r w:rsidRPr="00646DFE">
        <w:rPr>
          <w:sz w:val="19"/>
          <w:lang w:val="cs-CZ"/>
        </w:rPr>
        <w:t>3. Práva a povinnosti pedagogických pracovníků a vzájemné vztahy</w:t>
      </w:r>
      <w:r w:rsidRPr="00646DFE">
        <w:rPr>
          <w:sz w:val="19"/>
          <w:lang w:val="cs-CZ"/>
        </w:rPr>
        <w:tab/>
        <w:t>4</w:t>
      </w:r>
    </w:p>
    <w:p w:rsidR="00F57C49" w:rsidRPr="00646DFE" w:rsidRDefault="008B63D1">
      <w:pPr>
        <w:tabs>
          <w:tab w:val="right" w:leader="dot" w:pos="9071"/>
        </w:tabs>
        <w:spacing w:after="20" w:line="240" w:lineRule="auto"/>
        <w:rPr>
          <w:lang w:val="cs-CZ"/>
        </w:rPr>
      </w:pPr>
      <w:r w:rsidRPr="00646DFE">
        <w:rPr>
          <w:sz w:val="19"/>
          <w:lang w:val="cs-CZ"/>
        </w:rPr>
        <w:t>4. Přihlašování, docházka, odhlašování a ukončení účasti</w:t>
      </w:r>
      <w:r w:rsidRPr="00646DFE">
        <w:rPr>
          <w:sz w:val="19"/>
          <w:lang w:val="cs-CZ"/>
        </w:rPr>
        <w:tab/>
        <w:t>4</w:t>
      </w:r>
    </w:p>
    <w:p w:rsidR="00F57C49" w:rsidRPr="00646DFE" w:rsidRDefault="008B63D1">
      <w:pPr>
        <w:tabs>
          <w:tab w:val="right" w:leader="dot" w:pos="9071"/>
        </w:tabs>
        <w:spacing w:after="20" w:line="240" w:lineRule="auto"/>
        <w:ind w:left="255"/>
        <w:rPr>
          <w:lang w:val="cs-CZ"/>
        </w:rPr>
      </w:pPr>
      <w:r w:rsidRPr="00646DFE">
        <w:rPr>
          <w:sz w:val="19"/>
          <w:lang w:val="cs-CZ"/>
        </w:rPr>
        <w:t>4.1 Evidence žáků</w:t>
      </w:r>
      <w:r w:rsidRPr="00646DFE">
        <w:rPr>
          <w:sz w:val="19"/>
          <w:lang w:val="cs-CZ"/>
        </w:rPr>
        <w:tab/>
        <w:t>5</w:t>
      </w:r>
    </w:p>
    <w:p w:rsidR="00F57C49" w:rsidRPr="00646DFE" w:rsidRDefault="008B63D1">
      <w:pPr>
        <w:tabs>
          <w:tab w:val="right" w:leader="dot" w:pos="9071"/>
        </w:tabs>
        <w:spacing w:after="20" w:line="240" w:lineRule="auto"/>
        <w:rPr>
          <w:lang w:val="cs-CZ"/>
        </w:rPr>
      </w:pPr>
      <w:r w:rsidRPr="00646DFE">
        <w:rPr>
          <w:sz w:val="19"/>
          <w:lang w:val="cs-CZ"/>
        </w:rPr>
        <w:t>5. Provoz a vnitřní režim školní družiny</w:t>
      </w:r>
      <w:r w:rsidRPr="00646DFE">
        <w:rPr>
          <w:sz w:val="19"/>
          <w:lang w:val="cs-CZ"/>
        </w:rPr>
        <w:tab/>
        <w:t>5</w:t>
      </w:r>
    </w:p>
    <w:p w:rsidR="00F57C49" w:rsidRPr="00646DFE" w:rsidRDefault="008B63D1">
      <w:pPr>
        <w:tabs>
          <w:tab w:val="right" w:leader="dot" w:pos="9071"/>
        </w:tabs>
        <w:spacing w:after="20" w:line="240" w:lineRule="auto"/>
        <w:ind w:left="255"/>
        <w:rPr>
          <w:lang w:val="cs-CZ"/>
        </w:rPr>
      </w:pPr>
      <w:r w:rsidRPr="00646DFE">
        <w:rPr>
          <w:sz w:val="19"/>
          <w:lang w:val="cs-CZ"/>
        </w:rPr>
        <w:t>5.1 Postup při nevyzvednutí žáka</w:t>
      </w:r>
      <w:r w:rsidRPr="00646DFE">
        <w:rPr>
          <w:sz w:val="19"/>
          <w:lang w:val="cs-CZ"/>
        </w:rPr>
        <w:tab/>
        <w:t>6</w:t>
      </w:r>
    </w:p>
    <w:p w:rsidR="00F57C49" w:rsidRPr="00646DFE" w:rsidRDefault="008B63D1">
      <w:pPr>
        <w:tabs>
          <w:tab w:val="right" w:leader="dot" w:pos="9071"/>
        </w:tabs>
        <w:spacing w:after="20" w:line="240" w:lineRule="auto"/>
        <w:rPr>
          <w:lang w:val="cs-CZ"/>
        </w:rPr>
      </w:pPr>
      <w:r w:rsidRPr="00646DFE">
        <w:rPr>
          <w:sz w:val="19"/>
          <w:lang w:val="cs-CZ"/>
        </w:rPr>
        <w:t>6. Akce mimo areál školy</w:t>
      </w:r>
      <w:r w:rsidRPr="00646DFE">
        <w:rPr>
          <w:sz w:val="19"/>
          <w:lang w:val="cs-CZ"/>
        </w:rPr>
        <w:tab/>
        <w:t>6</w:t>
      </w:r>
    </w:p>
    <w:p w:rsidR="00F57C49" w:rsidRPr="00646DFE" w:rsidRDefault="008B63D1">
      <w:pPr>
        <w:tabs>
          <w:tab w:val="right" w:leader="dot" w:pos="9071"/>
        </w:tabs>
        <w:spacing w:after="20" w:line="240" w:lineRule="auto"/>
        <w:rPr>
          <w:lang w:val="cs-CZ"/>
        </w:rPr>
      </w:pPr>
      <w:r w:rsidRPr="00646DFE">
        <w:rPr>
          <w:sz w:val="19"/>
          <w:lang w:val="cs-CZ"/>
        </w:rPr>
        <w:t>7. Školní stravování a pitný režim</w:t>
      </w:r>
      <w:r w:rsidRPr="00646DFE">
        <w:rPr>
          <w:sz w:val="19"/>
          <w:lang w:val="cs-CZ"/>
        </w:rPr>
        <w:tab/>
        <w:t>6</w:t>
      </w:r>
    </w:p>
    <w:p w:rsidR="00F57C49" w:rsidRPr="00646DFE" w:rsidRDefault="008B63D1">
      <w:pPr>
        <w:tabs>
          <w:tab w:val="right" w:leader="dot" w:pos="9071"/>
        </w:tabs>
        <w:spacing w:after="20" w:line="240" w:lineRule="auto"/>
        <w:rPr>
          <w:lang w:val="cs-CZ"/>
        </w:rPr>
      </w:pPr>
      <w:r w:rsidRPr="00646DFE">
        <w:rPr>
          <w:sz w:val="19"/>
          <w:lang w:val="cs-CZ"/>
        </w:rPr>
        <w:t>8. Bezpečnost, ochrana zdraví a postup při úrazu</w:t>
      </w:r>
      <w:r w:rsidRPr="00646DFE">
        <w:rPr>
          <w:sz w:val="19"/>
          <w:lang w:val="cs-CZ"/>
        </w:rPr>
        <w:tab/>
        <w:t>6</w:t>
      </w:r>
    </w:p>
    <w:p w:rsidR="00F57C49" w:rsidRPr="00646DFE" w:rsidRDefault="008B63D1">
      <w:pPr>
        <w:tabs>
          <w:tab w:val="right" w:leader="dot" w:pos="9071"/>
        </w:tabs>
        <w:spacing w:after="20" w:line="240" w:lineRule="auto"/>
        <w:ind w:left="255"/>
        <w:rPr>
          <w:lang w:val="cs-CZ"/>
        </w:rPr>
      </w:pPr>
      <w:r w:rsidRPr="00646DFE">
        <w:rPr>
          <w:sz w:val="19"/>
          <w:lang w:val="cs-CZ"/>
        </w:rPr>
        <w:t>8.1 Postup při úrazu</w:t>
      </w:r>
      <w:r w:rsidRPr="00646DFE">
        <w:rPr>
          <w:sz w:val="19"/>
          <w:lang w:val="cs-CZ"/>
        </w:rPr>
        <w:tab/>
        <w:t>7</w:t>
      </w:r>
    </w:p>
    <w:p w:rsidR="00F57C49" w:rsidRPr="00646DFE" w:rsidRDefault="008B63D1">
      <w:pPr>
        <w:tabs>
          <w:tab w:val="right" w:leader="dot" w:pos="9071"/>
        </w:tabs>
        <w:spacing w:after="20" w:line="240" w:lineRule="auto"/>
        <w:rPr>
          <w:lang w:val="cs-CZ"/>
        </w:rPr>
      </w:pPr>
      <w:r w:rsidRPr="00646DFE">
        <w:rPr>
          <w:sz w:val="19"/>
          <w:lang w:val="cs-CZ"/>
        </w:rPr>
        <w:t>9. Podmínky zacházení s majetkem</w:t>
      </w:r>
      <w:r w:rsidRPr="00646DFE">
        <w:rPr>
          <w:sz w:val="19"/>
          <w:lang w:val="cs-CZ"/>
        </w:rPr>
        <w:tab/>
        <w:t>7</w:t>
      </w:r>
    </w:p>
    <w:p w:rsidR="00F57C49" w:rsidRPr="00646DFE" w:rsidRDefault="008B63D1">
      <w:pPr>
        <w:tabs>
          <w:tab w:val="right" w:leader="dot" w:pos="9071"/>
        </w:tabs>
        <w:spacing w:after="20" w:line="240" w:lineRule="auto"/>
        <w:rPr>
          <w:lang w:val="cs-CZ"/>
        </w:rPr>
      </w:pPr>
      <w:r w:rsidRPr="00646DFE">
        <w:rPr>
          <w:sz w:val="19"/>
          <w:lang w:val="cs-CZ"/>
        </w:rPr>
        <w:t>10. Úplata za zájmové vzdělávání</w:t>
      </w:r>
      <w:r w:rsidRPr="00646DFE">
        <w:rPr>
          <w:sz w:val="19"/>
          <w:lang w:val="cs-CZ"/>
        </w:rPr>
        <w:tab/>
        <w:t>7</w:t>
      </w:r>
    </w:p>
    <w:p w:rsidR="00F57C49" w:rsidRPr="00646DFE" w:rsidRDefault="008B63D1">
      <w:pPr>
        <w:tabs>
          <w:tab w:val="right" w:leader="dot" w:pos="9071"/>
        </w:tabs>
        <w:spacing w:after="20" w:line="240" w:lineRule="auto"/>
        <w:rPr>
          <w:lang w:val="cs-CZ"/>
        </w:rPr>
      </w:pPr>
      <w:r w:rsidRPr="00646DFE">
        <w:rPr>
          <w:sz w:val="19"/>
          <w:lang w:val="cs-CZ"/>
        </w:rPr>
        <w:t>11. Závěrečná ustanovení</w:t>
      </w:r>
      <w:r w:rsidRPr="00646DFE">
        <w:rPr>
          <w:sz w:val="19"/>
          <w:lang w:val="cs-CZ"/>
        </w:rPr>
        <w:tab/>
        <w:t>7</w:t>
      </w:r>
    </w:p>
    <w:p w:rsidR="00F57C49" w:rsidRPr="00646DFE" w:rsidRDefault="008B63D1">
      <w:pPr>
        <w:pStyle w:val="Nadpis1"/>
        <w:pageBreakBefore/>
        <w:rPr>
          <w:lang w:val="cs-CZ"/>
        </w:rPr>
      </w:pPr>
      <w:r w:rsidRPr="00646DFE">
        <w:rPr>
          <w:lang w:val="cs-CZ"/>
        </w:rPr>
        <w:lastRenderedPageBreak/>
        <w:t>1. Obecná ustanovení a poslání školní družiny</w:t>
      </w:r>
    </w:p>
    <w:p w:rsidR="00F57C49" w:rsidRPr="00646DFE" w:rsidRDefault="008B63D1">
      <w:pPr>
        <w:spacing w:after="120" w:line="276" w:lineRule="auto"/>
        <w:jc w:val="both"/>
        <w:rPr>
          <w:lang w:val="cs-CZ"/>
        </w:rPr>
      </w:pPr>
      <w:r w:rsidRPr="00646DFE">
        <w:rPr>
          <w:lang w:val="cs-CZ"/>
        </w:rPr>
        <w:t>Vnitřní řád školní družiny upravuje podrobnosti k výkonu práv a povinností žáků zájmového vzdělávání a jejich zákonných zástupců, pravidla vzájemných vztahů s pedagogickými pracovníky, provoz a vnitřní režim školní družiny, podmínky zajištění bezpečnosti a ochrany zdraví a podmínky zacházení s majetkem školy.</w:t>
      </w:r>
    </w:p>
    <w:p w:rsidR="00F57C49" w:rsidRPr="00646DFE" w:rsidRDefault="008B63D1">
      <w:pPr>
        <w:spacing w:after="120" w:line="276" w:lineRule="auto"/>
        <w:jc w:val="both"/>
        <w:rPr>
          <w:lang w:val="cs-CZ"/>
        </w:rPr>
      </w:pPr>
      <w:r w:rsidRPr="00646DFE">
        <w:rPr>
          <w:lang w:val="cs-CZ"/>
        </w:rPr>
        <w:t>Školní družina se při své činnosti řídí zejména zákonem č. 561/2004 Sb., školským zákonem, ve znění pozdějších předpisů, vyhláškou č. 74/2005 Sb., o zájmovém vzdělávání, ve znění pozdějších předpisů, školním vzdělávacím programem školní družiny a dalšími platnými právními a vnitřními předpisy školy.</w:t>
      </w:r>
    </w:p>
    <w:p w:rsidR="00F57C49" w:rsidRPr="00646DFE" w:rsidRDefault="008B63D1">
      <w:pPr>
        <w:spacing w:after="120" w:line="276" w:lineRule="auto"/>
        <w:jc w:val="both"/>
        <w:rPr>
          <w:lang w:val="cs-CZ"/>
        </w:rPr>
      </w:pPr>
      <w:r w:rsidRPr="00646DFE">
        <w:rPr>
          <w:lang w:val="cs-CZ"/>
        </w:rPr>
        <w:t>Školní družina poskytuje zájmové vzdělávání zejména žákům školy. Ve dnech školního vyučování vytváří prostor pro odpočinkové, rekreační, zájmové a další činnosti po vyučování. Její činnost není pokračováním školního vyučování; respektuje věkové a individuální potřeby žáků a podporuje jejich samostatnost, spolupráci, bezpečné chování a smysluplné trávení volného času.</w:t>
      </w:r>
    </w:p>
    <w:p w:rsidR="00F57C49" w:rsidRPr="00646DFE" w:rsidRDefault="008B63D1">
      <w:pPr>
        <w:pStyle w:val="Nadpis1"/>
        <w:rPr>
          <w:lang w:val="cs-CZ"/>
        </w:rPr>
      </w:pPr>
      <w:r w:rsidRPr="00646DFE">
        <w:rPr>
          <w:lang w:val="cs-CZ"/>
        </w:rPr>
        <w:t>2. Práva a povinnosti žáků a zákonných zástupců</w:t>
      </w:r>
    </w:p>
    <w:p w:rsidR="00F57C49" w:rsidRPr="00646DFE" w:rsidRDefault="008B63D1">
      <w:pPr>
        <w:pStyle w:val="Nadpis2"/>
        <w:rPr>
          <w:lang w:val="cs-CZ"/>
        </w:rPr>
      </w:pPr>
      <w:r w:rsidRPr="00646DFE">
        <w:rPr>
          <w:lang w:val="cs-CZ"/>
        </w:rPr>
        <w:t>2.1 Práva žáků</w:t>
      </w:r>
    </w:p>
    <w:p w:rsidR="00F57C49" w:rsidRPr="00646DFE" w:rsidRDefault="008B63D1">
      <w:pPr>
        <w:spacing w:after="120" w:line="276" w:lineRule="auto"/>
        <w:jc w:val="both"/>
        <w:rPr>
          <w:lang w:val="cs-CZ"/>
        </w:rPr>
      </w:pPr>
      <w:r w:rsidRPr="00646DFE">
        <w:rPr>
          <w:lang w:val="cs-CZ"/>
        </w:rPr>
        <w:t>Na zájmové vzdělávání a školské služby podle školského zákona za podmínek s</w:t>
      </w:r>
      <w:r w:rsidR="0091254D" w:rsidRPr="00646DFE">
        <w:rPr>
          <w:lang w:val="cs-CZ"/>
        </w:rPr>
        <w:t>tanovených tímto vnitřním řádem.</w:t>
      </w:r>
    </w:p>
    <w:p w:rsidR="00F57C49" w:rsidRPr="00646DFE" w:rsidRDefault="008B63D1">
      <w:pPr>
        <w:spacing w:after="120" w:line="276" w:lineRule="auto"/>
        <w:jc w:val="both"/>
        <w:rPr>
          <w:lang w:val="cs-CZ"/>
        </w:rPr>
      </w:pPr>
      <w:r w:rsidRPr="00646DFE">
        <w:rPr>
          <w:lang w:val="cs-CZ"/>
        </w:rPr>
        <w:t xml:space="preserve">Na informace o průběhu a </w:t>
      </w:r>
      <w:r w:rsidR="0091254D" w:rsidRPr="00646DFE">
        <w:rPr>
          <w:lang w:val="cs-CZ"/>
        </w:rPr>
        <w:t>výsledcích zájmového vzdělávání.</w:t>
      </w:r>
    </w:p>
    <w:p w:rsidR="00F57C49" w:rsidRPr="00646DFE" w:rsidRDefault="008B63D1">
      <w:pPr>
        <w:spacing w:after="120" w:line="276" w:lineRule="auto"/>
        <w:jc w:val="both"/>
        <w:rPr>
          <w:lang w:val="cs-CZ"/>
        </w:rPr>
      </w:pPr>
      <w:r w:rsidRPr="00646DFE">
        <w:rPr>
          <w:lang w:val="cs-CZ"/>
        </w:rPr>
        <w:t>Vyjadřovat se přiměřeně svému věku ke všem rozhodnutím týkajícím se podstatnýc</w:t>
      </w:r>
      <w:r w:rsidR="0091254D" w:rsidRPr="00646DFE">
        <w:rPr>
          <w:lang w:val="cs-CZ"/>
        </w:rPr>
        <w:t>h záležitostí jejich vzdělávání.</w:t>
      </w:r>
    </w:p>
    <w:p w:rsidR="00F57C49" w:rsidRPr="00646DFE" w:rsidRDefault="008B63D1">
      <w:pPr>
        <w:spacing w:after="120" w:line="276" w:lineRule="auto"/>
        <w:jc w:val="both"/>
        <w:rPr>
          <w:lang w:val="cs-CZ"/>
        </w:rPr>
      </w:pPr>
      <w:r w:rsidRPr="00646DFE">
        <w:rPr>
          <w:lang w:val="cs-CZ"/>
        </w:rPr>
        <w:t>Na ochranu před diskriminací, násilím, šikanou a dal</w:t>
      </w:r>
      <w:r w:rsidR="0091254D" w:rsidRPr="00646DFE">
        <w:rPr>
          <w:lang w:val="cs-CZ"/>
        </w:rPr>
        <w:t>šími formami rizikového chování.</w:t>
      </w:r>
    </w:p>
    <w:p w:rsidR="00F57C49" w:rsidRPr="00646DFE" w:rsidRDefault="008B63D1">
      <w:pPr>
        <w:spacing w:after="120" w:line="276" w:lineRule="auto"/>
        <w:jc w:val="both"/>
        <w:rPr>
          <w:lang w:val="cs-CZ"/>
        </w:rPr>
      </w:pPr>
      <w:r w:rsidRPr="00646DFE">
        <w:rPr>
          <w:lang w:val="cs-CZ"/>
        </w:rPr>
        <w:t>Na bezpečné prostředí, respektování důstojnosti, odpočinek a zohlednění z</w:t>
      </w:r>
      <w:r w:rsidR="0091254D" w:rsidRPr="00646DFE">
        <w:rPr>
          <w:lang w:val="cs-CZ"/>
        </w:rPr>
        <w:t>ákladních fyziologických potřeb.</w:t>
      </w:r>
    </w:p>
    <w:p w:rsidR="00F57C49" w:rsidRPr="00646DFE" w:rsidRDefault="008B63D1">
      <w:pPr>
        <w:spacing w:after="120" w:line="276" w:lineRule="auto"/>
        <w:jc w:val="both"/>
        <w:rPr>
          <w:lang w:val="cs-CZ"/>
        </w:rPr>
      </w:pPr>
      <w:r w:rsidRPr="00646DFE">
        <w:rPr>
          <w:lang w:val="cs-CZ"/>
        </w:rPr>
        <w:t xml:space="preserve">Být seznámeni s pravidly vztahujícími se k jejich pobytu a činnosti ve </w:t>
      </w:r>
      <w:r w:rsidR="0091254D" w:rsidRPr="00646DFE">
        <w:rPr>
          <w:lang w:val="cs-CZ"/>
        </w:rPr>
        <w:t>školní družině.</w:t>
      </w:r>
    </w:p>
    <w:p w:rsidR="00F57C49" w:rsidRPr="00646DFE" w:rsidRDefault="008B63D1">
      <w:pPr>
        <w:pStyle w:val="Nadpis2"/>
        <w:rPr>
          <w:lang w:val="cs-CZ"/>
        </w:rPr>
      </w:pPr>
      <w:r w:rsidRPr="00646DFE">
        <w:rPr>
          <w:lang w:val="cs-CZ"/>
        </w:rPr>
        <w:t>2.2 Povinnosti žáků</w:t>
      </w:r>
    </w:p>
    <w:p w:rsidR="00F57C49" w:rsidRPr="00646DFE" w:rsidRDefault="008B63D1">
      <w:pPr>
        <w:spacing w:after="120" w:line="276" w:lineRule="auto"/>
        <w:jc w:val="both"/>
        <w:rPr>
          <w:lang w:val="cs-CZ"/>
        </w:rPr>
      </w:pPr>
      <w:r w:rsidRPr="00646DFE">
        <w:rPr>
          <w:lang w:val="cs-CZ"/>
        </w:rPr>
        <w:t>Řádně docházet do školní družiny v rozsahu uvedeném v písemné přihlá</w:t>
      </w:r>
      <w:r w:rsidR="0091254D" w:rsidRPr="00646DFE">
        <w:rPr>
          <w:lang w:val="cs-CZ"/>
        </w:rPr>
        <w:t>šce a dodržovat stanovený režim.</w:t>
      </w:r>
    </w:p>
    <w:p w:rsidR="00F57C49" w:rsidRPr="00646DFE" w:rsidRDefault="008B63D1">
      <w:pPr>
        <w:spacing w:after="120" w:line="276" w:lineRule="auto"/>
        <w:jc w:val="both"/>
        <w:rPr>
          <w:lang w:val="cs-CZ"/>
        </w:rPr>
      </w:pPr>
      <w:r w:rsidRPr="00646DFE">
        <w:rPr>
          <w:lang w:val="cs-CZ"/>
        </w:rPr>
        <w:t>Dodržovat tento vnitřní řád, pravidla bezpečnosti a pokyny pedagogických pracovníků vydané v souladu s právními předpis</w:t>
      </w:r>
      <w:r w:rsidR="0091254D" w:rsidRPr="00646DFE">
        <w:rPr>
          <w:lang w:val="cs-CZ"/>
        </w:rPr>
        <w:t>y.</w:t>
      </w:r>
    </w:p>
    <w:p w:rsidR="00F57C49" w:rsidRPr="00646DFE" w:rsidRDefault="008B63D1">
      <w:pPr>
        <w:spacing w:after="120" w:line="276" w:lineRule="auto"/>
        <w:jc w:val="both"/>
        <w:rPr>
          <w:lang w:val="cs-CZ"/>
        </w:rPr>
      </w:pPr>
      <w:r w:rsidRPr="00646DFE">
        <w:rPr>
          <w:lang w:val="cs-CZ"/>
        </w:rPr>
        <w:t>Chovat se slušně a ohleduplně, respektovat ostatní a nepoužívat hrubé, urážlivé či ponižující projevy ani fyzické násilí</w:t>
      </w:r>
      <w:r w:rsidR="0091254D" w:rsidRPr="00646DFE">
        <w:rPr>
          <w:lang w:val="cs-CZ"/>
        </w:rPr>
        <w:t>.</w:t>
      </w:r>
    </w:p>
    <w:p w:rsidR="00F57C49" w:rsidRPr="00646DFE" w:rsidRDefault="008B63D1">
      <w:pPr>
        <w:spacing w:after="120" w:line="276" w:lineRule="auto"/>
        <w:jc w:val="both"/>
        <w:rPr>
          <w:lang w:val="cs-CZ"/>
        </w:rPr>
      </w:pPr>
      <w:r w:rsidRPr="00646DFE">
        <w:rPr>
          <w:lang w:val="cs-CZ"/>
        </w:rPr>
        <w:t xml:space="preserve">Udržovat prostory školní družiny v čistotě a pořádku a šetrně zacházet s </w:t>
      </w:r>
      <w:r w:rsidR="0091254D" w:rsidRPr="00646DFE">
        <w:rPr>
          <w:lang w:val="cs-CZ"/>
        </w:rPr>
        <w:t>majetkem školy i ostatních osob.</w:t>
      </w:r>
    </w:p>
    <w:p w:rsidR="00F57C49" w:rsidRPr="00646DFE" w:rsidRDefault="008B63D1">
      <w:pPr>
        <w:spacing w:after="120" w:line="276" w:lineRule="auto"/>
        <w:jc w:val="both"/>
        <w:rPr>
          <w:lang w:val="cs-CZ"/>
        </w:rPr>
      </w:pPr>
      <w:r w:rsidRPr="00646DFE">
        <w:rPr>
          <w:lang w:val="cs-CZ"/>
        </w:rPr>
        <w:t>Neprodleně oznámit vychovatelce úraz, nevolnost, ztrátu nebo poškození osobní věci a upozornit na jednání, které může ohrozit bezpečnost nebo zdraví.</w:t>
      </w:r>
    </w:p>
    <w:p w:rsidR="00F57C49" w:rsidRPr="00646DFE" w:rsidRDefault="008B63D1">
      <w:pPr>
        <w:pStyle w:val="Nadpis2"/>
        <w:rPr>
          <w:lang w:val="cs-CZ"/>
        </w:rPr>
      </w:pPr>
      <w:r w:rsidRPr="00646DFE">
        <w:rPr>
          <w:lang w:val="cs-CZ"/>
        </w:rPr>
        <w:t>2.3 Zakázané a rizikové jednání</w:t>
      </w:r>
    </w:p>
    <w:p w:rsidR="00F57C49" w:rsidRPr="00646DFE" w:rsidRDefault="008B63D1">
      <w:pPr>
        <w:spacing w:after="120" w:line="276" w:lineRule="auto"/>
        <w:jc w:val="both"/>
        <w:rPr>
          <w:lang w:val="cs-CZ"/>
        </w:rPr>
      </w:pPr>
      <w:r w:rsidRPr="00646DFE">
        <w:rPr>
          <w:lang w:val="cs-CZ"/>
        </w:rPr>
        <w:t xml:space="preserve">Bez souhlasu vychovatelky opouštět oddělení školní družiny nebo </w:t>
      </w:r>
      <w:r w:rsidR="0091254D" w:rsidRPr="00646DFE">
        <w:rPr>
          <w:lang w:val="cs-CZ"/>
        </w:rPr>
        <w:t>místo, kde probíhá její činnost.</w:t>
      </w:r>
    </w:p>
    <w:p w:rsidR="00F57C49" w:rsidRPr="00646DFE" w:rsidRDefault="008B63D1">
      <w:pPr>
        <w:spacing w:after="120" w:line="276" w:lineRule="auto"/>
        <w:jc w:val="both"/>
        <w:rPr>
          <w:lang w:val="cs-CZ"/>
        </w:rPr>
      </w:pPr>
      <w:r w:rsidRPr="00646DFE">
        <w:rPr>
          <w:lang w:val="cs-CZ"/>
        </w:rPr>
        <w:t>Nosit nebo používat předměty a látky, které mohou ohrozit zdraví, bezpečnost nebo mravní vývoj ostatních, zejména zbraně a jejich napodobeniny způsobilé vyvolat obavu, pyrotechniku, tabákové a nikotinové výrobky, alkohol, návykové látky a jiné nebezpečné předměty.</w:t>
      </w:r>
    </w:p>
    <w:p w:rsidR="00F57C49" w:rsidRPr="00646DFE" w:rsidRDefault="008B63D1">
      <w:pPr>
        <w:spacing w:after="120" w:line="276" w:lineRule="auto"/>
        <w:jc w:val="both"/>
        <w:rPr>
          <w:lang w:val="cs-CZ"/>
        </w:rPr>
      </w:pPr>
      <w:r w:rsidRPr="00646DFE">
        <w:rPr>
          <w:lang w:val="cs-CZ"/>
        </w:rPr>
        <w:t>Pořizovat nebo šířit obrazové či zvukové záznamy jiných osob v rozporu s právními předpisy a pravidly školy.</w:t>
      </w:r>
    </w:p>
    <w:p w:rsidR="00F57C49" w:rsidRPr="00646DFE" w:rsidRDefault="008B63D1">
      <w:pPr>
        <w:spacing w:after="120" w:line="276" w:lineRule="auto"/>
        <w:jc w:val="both"/>
        <w:rPr>
          <w:lang w:val="cs-CZ"/>
        </w:rPr>
      </w:pPr>
      <w:r w:rsidRPr="00646DFE">
        <w:rPr>
          <w:lang w:val="cs-CZ"/>
        </w:rPr>
        <w:t>Úmyslně poškozovat majetek školy nebo ostatních osob.</w:t>
      </w:r>
    </w:p>
    <w:p w:rsidR="00F57C49" w:rsidRPr="00646DFE" w:rsidRDefault="008B63D1">
      <w:pPr>
        <w:spacing w:after="120" w:line="276" w:lineRule="auto"/>
        <w:jc w:val="both"/>
        <w:rPr>
          <w:lang w:val="cs-CZ"/>
        </w:rPr>
      </w:pPr>
      <w:r w:rsidRPr="00646DFE">
        <w:rPr>
          <w:lang w:val="cs-CZ"/>
        </w:rPr>
        <w:lastRenderedPageBreak/>
        <w:t>Používat osobní elektronická zařízení způsobem, který narušuje činnost družiny nebo ohrožuje bezpečnost. Použití mobilního telefonu je možné pouze se souhlasem vychovatelky, není-li ze zdravotních či jiných závažných důvodů stanoveno jinak.</w:t>
      </w:r>
    </w:p>
    <w:p w:rsidR="00F57C49" w:rsidRPr="00646DFE" w:rsidRDefault="008B63D1">
      <w:pPr>
        <w:spacing w:after="120" w:line="276" w:lineRule="auto"/>
        <w:jc w:val="both"/>
        <w:rPr>
          <w:lang w:val="cs-CZ"/>
        </w:rPr>
      </w:pPr>
      <w:r w:rsidRPr="00646DFE">
        <w:rPr>
          <w:lang w:val="cs-CZ"/>
        </w:rPr>
        <w:t>Zvláště hrubé opakované slovní a úmyslné fyzické útoky vůči zaměstnancům školy nebo ostatním žákům jsou považovány za zvláště závažné porušení povinností. Škola v takovém případě postupuje podle školského zákona a navazujících vnitřních postupů školy.</w:t>
      </w:r>
    </w:p>
    <w:p w:rsidR="00F57C49" w:rsidRPr="00646DFE" w:rsidRDefault="008B63D1">
      <w:pPr>
        <w:pStyle w:val="Nadpis2"/>
        <w:rPr>
          <w:lang w:val="cs-CZ"/>
        </w:rPr>
      </w:pPr>
      <w:r w:rsidRPr="00646DFE">
        <w:rPr>
          <w:lang w:val="cs-CZ"/>
        </w:rPr>
        <w:t>2.4 Práva a povinnosti zákonných zástupců</w:t>
      </w:r>
    </w:p>
    <w:p w:rsidR="00F57C49" w:rsidRPr="00646DFE" w:rsidRDefault="008B63D1">
      <w:pPr>
        <w:spacing w:after="120" w:line="276" w:lineRule="auto"/>
        <w:jc w:val="both"/>
        <w:rPr>
          <w:lang w:val="cs-CZ"/>
        </w:rPr>
      </w:pPr>
      <w:r w:rsidRPr="00646DFE">
        <w:rPr>
          <w:lang w:val="cs-CZ"/>
        </w:rPr>
        <w:t>Zákonní zástupci mají právo zejména na informace o průběhu zájmového vzdělávání svého dítěte, vyjadřovat se k podstatným záležitostem týkajícím se jeho vzdělávání a podávat podněty vychovatelce nebo vedení školy.</w:t>
      </w:r>
    </w:p>
    <w:p w:rsidR="00F57C49" w:rsidRPr="00646DFE" w:rsidRDefault="008B63D1">
      <w:pPr>
        <w:spacing w:after="120" w:line="276" w:lineRule="auto"/>
        <w:jc w:val="both"/>
        <w:rPr>
          <w:lang w:val="cs-CZ"/>
        </w:rPr>
      </w:pPr>
      <w:r w:rsidRPr="00646DFE">
        <w:rPr>
          <w:lang w:val="cs-CZ"/>
        </w:rPr>
        <w:t>Zajistit řádnou docházku žáka v rozsahu uvedeném v přihlášce a řádně oznamovat jeho nepřítomnost.</w:t>
      </w:r>
    </w:p>
    <w:p w:rsidR="00F57C49" w:rsidRPr="00646DFE" w:rsidRDefault="008B63D1">
      <w:pPr>
        <w:spacing w:after="120" w:line="276" w:lineRule="auto"/>
        <w:jc w:val="both"/>
        <w:rPr>
          <w:lang w:val="cs-CZ"/>
        </w:rPr>
      </w:pPr>
      <w:r w:rsidRPr="00646DFE">
        <w:rPr>
          <w:lang w:val="cs-CZ"/>
        </w:rPr>
        <w:t>Pravdivě a včas sdělovat škole údaje nezbytné pro bezpečný průběh zájmového vzdělávání a oznamovat jejich změny, zejména změny kontaktních údajů, zdravotní omezení a další závažné skutečnosti.</w:t>
      </w:r>
    </w:p>
    <w:p w:rsidR="00F57C49" w:rsidRPr="00646DFE" w:rsidRDefault="008B63D1">
      <w:pPr>
        <w:spacing w:after="120" w:line="276" w:lineRule="auto"/>
        <w:jc w:val="both"/>
        <w:rPr>
          <w:lang w:val="cs-CZ"/>
        </w:rPr>
      </w:pPr>
      <w:r w:rsidRPr="00646DFE">
        <w:rPr>
          <w:lang w:val="cs-CZ"/>
        </w:rPr>
        <w:t>Na vyzvání se osobně zúčastnit projednání závažných otázek týkajících se žáka.</w:t>
      </w:r>
    </w:p>
    <w:p w:rsidR="00F57C49" w:rsidRPr="00646DFE" w:rsidRDefault="008B63D1">
      <w:pPr>
        <w:spacing w:after="120" w:line="276" w:lineRule="auto"/>
        <w:jc w:val="both"/>
        <w:rPr>
          <w:lang w:val="cs-CZ"/>
        </w:rPr>
      </w:pPr>
      <w:r w:rsidRPr="00646DFE">
        <w:rPr>
          <w:lang w:val="cs-CZ"/>
        </w:rPr>
        <w:t>Respektovat pravidla předávání, vyzvedávání a samostatných odchodů stanovená tímto vnitřním řádem.</w:t>
      </w:r>
    </w:p>
    <w:p w:rsidR="00F57C49" w:rsidRPr="00646DFE" w:rsidRDefault="008B63D1">
      <w:pPr>
        <w:pStyle w:val="Nadpis1"/>
        <w:rPr>
          <w:lang w:val="cs-CZ"/>
        </w:rPr>
      </w:pPr>
      <w:r w:rsidRPr="00646DFE">
        <w:rPr>
          <w:lang w:val="cs-CZ"/>
        </w:rPr>
        <w:t>3. Práva a povinnosti pedagogických pracovníků a vzájemné vztahy</w:t>
      </w:r>
    </w:p>
    <w:p w:rsidR="00F57C49" w:rsidRPr="00646DFE" w:rsidRDefault="008B63D1">
      <w:pPr>
        <w:spacing w:after="120" w:line="276" w:lineRule="auto"/>
        <w:jc w:val="both"/>
        <w:rPr>
          <w:lang w:val="cs-CZ"/>
        </w:rPr>
      </w:pPr>
      <w:r w:rsidRPr="00646DFE">
        <w:rPr>
          <w:lang w:val="cs-CZ"/>
        </w:rPr>
        <w:t>Pedagogičtí pracovníci mají právo na podmínky potřebné pro výkon pedagogické činnosti, na ochranu před fyzickým násilím a psychickým nátlakem, na používání pedagogických metod a forem v souladu se zásadami a cíli vzdělávání a na objektivní hodnocení své pedagogické činnosti.</w:t>
      </w:r>
    </w:p>
    <w:p w:rsidR="00F57C49" w:rsidRPr="00646DFE" w:rsidRDefault="008B63D1">
      <w:pPr>
        <w:spacing w:after="120" w:line="276" w:lineRule="auto"/>
        <w:jc w:val="both"/>
        <w:rPr>
          <w:lang w:val="cs-CZ"/>
        </w:rPr>
      </w:pPr>
      <w:r w:rsidRPr="00646DFE">
        <w:rPr>
          <w:lang w:val="cs-CZ"/>
        </w:rPr>
        <w:t>Pedagogičtí pracovníci jsou povinni vykonávat pedagogickou činnost v souladu s právními předpisy, chránit a respektovat práva žáků, zajišťovat jejich bezpečnost a zdraví, předcházet rizikovému chování, vytvářet pozitivní a bezpečné klima a chránit osobní a citlivé údaje, s nimiž přijdou při výkonu práce do styku.</w:t>
      </w:r>
    </w:p>
    <w:p w:rsidR="00F57C49" w:rsidRPr="00646DFE" w:rsidRDefault="008B63D1">
      <w:pPr>
        <w:spacing w:after="120" w:line="276" w:lineRule="auto"/>
        <w:jc w:val="both"/>
        <w:rPr>
          <w:lang w:val="cs-CZ"/>
        </w:rPr>
      </w:pPr>
      <w:r w:rsidRPr="00646DFE">
        <w:rPr>
          <w:lang w:val="cs-CZ"/>
        </w:rPr>
        <w:t>Vychovatelky spolupracují se zákonnými zástupci, třídními učiteli, školním poradenským pracovištěm a vedením školy. Závažnější výchovné nebo bezpečnostní situace jsou řešeny bez zbytečného odkladu a v součinnosti s příslušnými osobami.</w:t>
      </w:r>
    </w:p>
    <w:p w:rsidR="00F57C49" w:rsidRPr="00646DFE" w:rsidRDefault="008B63D1">
      <w:pPr>
        <w:pStyle w:val="Nadpis1"/>
        <w:rPr>
          <w:lang w:val="cs-CZ"/>
        </w:rPr>
      </w:pPr>
      <w:r w:rsidRPr="00646DFE">
        <w:rPr>
          <w:lang w:val="cs-CZ"/>
        </w:rPr>
        <w:t>4. Přihlašování, docházka, odhlašování a ukončení účasti</w:t>
      </w:r>
    </w:p>
    <w:p w:rsidR="00F57C49" w:rsidRPr="00646DFE" w:rsidRDefault="008B63D1">
      <w:pPr>
        <w:spacing w:after="120" w:line="276" w:lineRule="auto"/>
        <w:jc w:val="both"/>
        <w:rPr>
          <w:lang w:val="cs-CZ"/>
        </w:rPr>
      </w:pPr>
      <w:r w:rsidRPr="00646DFE">
        <w:rPr>
          <w:lang w:val="cs-CZ"/>
        </w:rPr>
        <w:t>O přijetí žáka k pravidelné činnosti školní družiny rozhoduje ředitelka školy podle stanovených a zveřejněných kritérií a s ohledem na kapacitu školní družiny.</w:t>
      </w:r>
    </w:p>
    <w:p w:rsidR="00F57C49" w:rsidRPr="00646DFE" w:rsidRDefault="008B63D1">
      <w:pPr>
        <w:spacing w:after="120" w:line="276" w:lineRule="auto"/>
        <w:jc w:val="both"/>
        <w:rPr>
          <w:lang w:val="cs-CZ"/>
        </w:rPr>
      </w:pPr>
      <w:r w:rsidRPr="00646DFE">
        <w:rPr>
          <w:lang w:val="cs-CZ"/>
        </w:rPr>
        <w:t>Podmínkou přijetí k pravidelné činnosti je písemná přihláška. Její součástí jsou zejména údaje o rozsahu docházky a způsobu odchodu žáka ze školní družiny.</w:t>
      </w:r>
    </w:p>
    <w:p w:rsidR="00F57C49" w:rsidRPr="00646DFE" w:rsidRDefault="008B63D1">
      <w:pPr>
        <w:spacing w:after="120" w:line="276" w:lineRule="auto"/>
        <w:jc w:val="both"/>
        <w:rPr>
          <w:lang w:val="cs-CZ"/>
        </w:rPr>
      </w:pPr>
      <w:r w:rsidRPr="00646DFE">
        <w:rPr>
          <w:lang w:val="cs-CZ"/>
        </w:rPr>
        <w:t>Změny oproti údajům uvedeným v přihlášce oznamuje zákonný zástupce předem písemně, případně prostřednictvím školního informační</w:t>
      </w:r>
      <w:r w:rsidR="00102B71" w:rsidRPr="00646DFE">
        <w:rPr>
          <w:lang w:val="cs-CZ"/>
        </w:rPr>
        <w:t>ho systému Bakaláři a to vychovatelce nebo ředitelce.</w:t>
      </w:r>
    </w:p>
    <w:p w:rsidR="00F57C49" w:rsidRPr="00646DFE" w:rsidRDefault="008B63D1">
      <w:pPr>
        <w:spacing w:after="120" w:line="276" w:lineRule="auto"/>
        <w:jc w:val="both"/>
        <w:rPr>
          <w:lang w:val="cs-CZ"/>
        </w:rPr>
      </w:pPr>
      <w:r w:rsidRPr="00646DFE">
        <w:rPr>
          <w:lang w:val="cs-CZ"/>
        </w:rPr>
        <w:t>Mimořádné uvolnění žáka oznamuje zákonný zástupce písemně vychovatelce, zejména prostřednictvím systému Bakaláři nebo písemným sdělením. Uvolnění pouze na základě telefonické</w:t>
      </w:r>
      <w:r w:rsidR="00FD2A1E" w:rsidRPr="00646DFE">
        <w:rPr>
          <w:lang w:val="cs-CZ"/>
        </w:rPr>
        <w:t>ho hovoru</w:t>
      </w:r>
      <w:r w:rsidRPr="00646DFE">
        <w:rPr>
          <w:lang w:val="cs-CZ"/>
        </w:rPr>
        <w:t xml:space="preserve"> se neprovádí.</w:t>
      </w:r>
    </w:p>
    <w:p w:rsidR="00FD2A1E" w:rsidRPr="00646DFE" w:rsidRDefault="00FD2A1E">
      <w:pPr>
        <w:spacing w:after="120" w:line="276" w:lineRule="auto"/>
        <w:jc w:val="both"/>
        <w:rPr>
          <w:lang w:val="cs-CZ"/>
        </w:rPr>
      </w:pPr>
    </w:p>
    <w:p w:rsidR="00F57C49" w:rsidRPr="00646DFE" w:rsidRDefault="008B63D1">
      <w:pPr>
        <w:spacing w:after="120" w:line="276" w:lineRule="auto"/>
        <w:jc w:val="both"/>
        <w:rPr>
          <w:lang w:val="cs-CZ"/>
        </w:rPr>
      </w:pPr>
      <w:r w:rsidRPr="00646DFE">
        <w:rPr>
          <w:lang w:val="cs-CZ"/>
        </w:rPr>
        <w:t>Žáka může převzít zákonný zástupce nebo jiná osoba uvedená v přihlášce či následně písemně zmocněná. Vychovatelka je oprávněna u osoby, kterou nezná, ověřit totožnost.</w:t>
      </w:r>
    </w:p>
    <w:p w:rsidR="00F57C49" w:rsidRPr="00646DFE" w:rsidRDefault="008B63D1">
      <w:pPr>
        <w:spacing w:after="120" w:line="276" w:lineRule="auto"/>
        <w:jc w:val="both"/>
        <w:rPr>
          <w:lang w:val="cs-CZ"/>
        </w:rPr>
      </w:pPr>
      <w:r w:rsidRPr="00646DFE">
        <w:rPr>
          <w:lang w:val="cs-CZ"/>
        </w:rPr>
        <w:lastRenderedPageBreak/>
        <w:t>Pokud má žák odcházet samostatně, musí být tato skutečnost a čas odchodu uvedeny v přihlášce nebo v písemném sdělení zákonného zástupce.</w:t>
      </w:r>
    </w:p>
    <w:p w:rsidR="00F57C49" w:rsidRPr="00646DFE" w:rsidRDefault="008B63D1">
      <w:pPr>
        <w:spacing w:after="120" w:line="276" w:lineRule="auto"/>
        <w:jc w:val="both"/>
        <w:rPr>
          <w:lang w:val="cs-CZ"/>
        </w:rPr>
      </w:pPr>
      <w:r w:rsidRPr="00646DFE">
        <w:rPr>
          <w:lang w:val="cs-CZ"/>
        </w:rPr>
        <w:t>Docházka přihlášeného žáka je v rozsahu uvedeném v přihlášce závazná. Nepřítomnost je nutné řádně oznámit.</w:t>
      </w:r>
    </w:p>
    <w:p w:rsidR="00F57C49" w:rsidRPr="00646DFE" w:rsidRDefault="008B63D1">
      <w:pPr>
        <w:spacing w:after="120" w:line="276" w:lineRule="auto"/>
        <w:jc w:val="both"/>
        <w:rPr>
          <w:lang w:val="cs-CZ"/>
        </w:rPr>
      </w:pPr>
      <w:r w:rsidRPr="00646DFE">
        <w:rPr>
          <w:lang w:val="cs-CZ"/>
        </w:rPr>
        <w:t>Zákonný zástupce může žáka ze školní družiny v průběhu školního roku písemně odhlásit.</w:t>
      </w:r>
    </w:p>
    <w:p w:rsidR="00F57C49" w:rsidRPr="00646DFE" w:rsidRDefault="008B63D1">
      <w:pPr>
        <w:spacing w:after="120" w:line="276" w:lineRule="auto"/>
        <w:jc w:val="both"/>
        <w:rPr>
          <w:lang w:val="cs-CZ"/>
        </w:rPr>
      </w:pPr>
      <w:r w:rsidRPr="00646DFE">
        <w:rPr>
          <w:lang w:val="cs-CZ"/>
        </w:rPr>
        <w:t>Při závažném nebo opakovaném porušování vnitřního řádu postupuje ředitelka školy individuálně s ohledem na závažnost jednání a v souladu s platnými právními předpisy.</w:t>
      </w:r>
    </w:p>
    <w:p w:rsidR="00F57C49" w:rsidRPr="00646DFE" w:rsidRDefault="008B63D1">
      <w:pPr>
        <w:pStyle w:val="Nadpis2"/>
        <w:rPr>
          <w:lang w:val="cs-CZ"/>
        </w:rPr>
      </w:pPr>
      <w:r w:rsidRPr="00646DFE">
        <w:rPr>
          <w:lang w:val="cs-CZ"/>
        </w:rPr>
        <w:t>4.1 Evidence žáků</w:t>
      </w:r>
    </w:p>
    <w:p w:rsidR="00F57C49" w:rsidRPr="00646DFE" w:rsidRDefault="008B63D1">
      <w:pPr>
        <w:spacing w:after="120" w:line="276" w:lineRule="auto"/>
        <w:jc w:val="both"/>
        <w:rPr>
          <w:lang w:val="cs-CZ"/>
        </w:rPr>
      </w:pPr>
      <w:r w:rsidRPr="00646DFE">
        <w:rPr>
          <w:lang w:val="cs-CZ"/>
        </w:rPr>
        <w:t>Evidence žáků pravidelné činnosti školní družiny je vedena v dokumentaci školní družiny, zejména v písemných přihláškách, přehledu výchovně-vzdělávací práce a evidenci docházky. Účast na příležitostných a dalších činnostech je evidována způsobem odpovídajícím charakteru dané činnosti.</w:t>
      </w:r>
    </w:p>
    <w:p w:rsidR="00F57C49" w:rsidRPr="00646DFE" w:rsidRDefault="008B63D1">
      <w:pPr>
        <w:pStyle w:val="Nadpis1"/>
        <w:rPr>
          <w:lang w:val="cs-CZ"/>
        </w:rPr>
      </w:pPr>
      <w:r w:rsidRPr="00646DFE">
        <w:rPr>
          <w:lang w:val="cs-CZ"/>
        </w:rPr>
        <w:t>5. Provoz a vnitřní režim školní družiny</w:t>
      </w:r>
    </w:p>
    <w:p w:rsidR="00F57C49" w:rsidRPr="00646DFE" w:rsidRDefault="008B63D1">
      <w:pPr>
        <w:spacing w:after="120" w:line="276" w:lineRule="auto"/>
        <w:jc w:val="both"/>
        <w:rPr>
          <w:lang w:val="cs-CZ"/>
        </w:rPr>
      </w:pPr>
      <w:r w:rsidRPr="00646DFE">
        <w:rPr>
          <w:lang w:val="cs-CZ"/>
        </w:rPr>
        <w:t xml:space="preserve">Činnost školní družiny je určena především </w:t>
      </w:r>
      <w:proofErr w:type="gramStart"/>
      <w:r w:rsidRPr="00646DFE">
        <w:rPr>
          <w:lang w:val="cs-CZ"/>
        </w:rPr>
        <w:t>žákům 1.–4. ročníku</w:t>
      </w:r>
      <w:proofErr w:type="gramEnd"/>
      <w:r w:rsidRPr="00646DFE">
        <w:rPr>
          <w:lang w:val="cs-CZ"/>
        </w:rPr>
        <w:t>; žáci 5. ročníku mohou být přijati v případě volné kapacity podle kritérií pro přijetí.</w:t>
      </w:r>
    </w:p>
    <w:p w:rsidR="00F57C49" w:rsidRPr="00646DFE" w:rsidRDefault="008B63D1">
      <w:pPr>
        <w:spacing w:after="120" w:line="276" w:lineRule="auto"/>
        <w:jc w:val="both"/>
        <w:rPr>
          <w:lang w:val="cs-CZ"/>
        </w:rPr>
      </w:pPr>
      <w:r w:rsidRPr="00646DFE">
        <w:rPr>
          <w:lang w:val="cs-CZ"/>
        </w:rPr>
        <w:t>Rozvrh provozu a činnost</w:t>
      </w:r>
      <w:r w:rsidR="000D57EB" w:rsidRPr="00646DFE">
        <w:rPr>
          <w:lang w:val="cs-CZ"/>
        </w:rPr>
        <w:t>i školní družiny stanovuje ředitelka</w:t>
      </w:r>
      <w:r w:rsidRPr="00646DFE">
        <w:rPr>
          <w:lang w:val="cs-CZ"/>
        </w:rPr>
        <w:t xml:space="preserve"> s ohledem na organizaci vyučování, potřeby žáků a personální podmínky.</w:t>
      </w:r>
    </w:p>
    <w:p w:rsidR="00F57C49" w:rsidRPr="00646DFE" w:rsidRDefault="008B63D1">
      <w:pPr>
        <w:spacing w:after="120" w:line="276" w:lineRule="auto"/>
        <w:jc w:val="both"/>
        <w:rPr>
          <w:lang w:val="cs-CZ"/>
        </w:rPr>
      </w:pPr>
      <w:r w:rsidRPr="00646DFE">
        <w:rPr>
          <w:lang w:val="cs-CZ"/>
        </w:rPr>
        <w:t>Provozní doba školní družiny je ve dnech školního vyučování ráno od 6:30 do 7:30 hodin a od skončení vyučování do 16:00 hodin.</w:t>
      </w:r>
    </w:p>
    <w:p w:rsidR="00F57C49" w:rsidRPr="00646DFE" w:rsidRDefault="008B63D1">
      <w:pPr>
        <w:spacing w:after="120" w:line="276" w:lineRule="auto"/>
        <w:jc w:val="both"/>
        <w:rPr>
          <w:lang w:val="cs-CZ"/>
        </w:rPr>
      </w:pPr>
      <w:r w:rsidRPr="00646DFE">
        <w:rPr>
          <w:lang w:val="cs-CZ"/>
        </w:rPr>
        <w:t>Školní družina využívá zejména prostory školy, školní zahradu, hřiště, tělocvičnu a další vhodné prostory podle charakteru činnosti.</w:t>
      </w:r>
    </w:p>
    <w:p w:rsidR="00F57C49" w:rsidRPr="00646DFE" w:rsidRDefault="008B63D1">
      <w:pPr>
        <w:spacing w:after="120" w:line="276" w:lineRule="auto"/>
        <w:jc w:val="both"/>
        <w:rPr>
          <w:lang w:val="cs-CZ"/>
        </w:rPr>
      </w:pPr>
      <w:r w:rsidRPr="00646DFE">
        <w:rPr>
          <w:lang w:val="cs-CZ"/>
        </w:rPr>
        <w:t>Po skončení vyučování jsou žáci předáváni vychovatelce způs</w:t>
      </w:r>
      <w:r w:rsidR="000D57EB" w:rsidRPr="00646DFE">
        <w:rPr>
          <w:lang w:val="cs-CZ"/>
        </w:rPr>
        <w:t>obem pedagogem poslední vyučovací hodiny</w:t>
      </w:r>
      <w:r w:rsidRPr="00646DFE">
        <w:rPr>
          <w:lang w:val="cs-CZ"/>
        </w:rPr>
        <w:t>. Za žáka přihlášeného do školní družiny přebírá vychovatelka odpovědnost okamžikem jeho převzetí.</w:t>
      </w:r>
    </w:p>
    <w:p w:rsidR="00F57C49" w:rsidRPr="00646DFE" w:rsidRDefault="008B63D1">
      <w:pPr>
        <w:spacing w:after="120" w:line="276" w:lineRule="auto"/>
        <w:jc w:val="both"/>
        <w:rPr>
          <w:lang w:val="cs-CZ"/>
        </w:rPr>
      </w:pPr>
      <w:r w:rsidRPr="00646DFE">
        <w:rPr>
          <w:lang w:val="cs-CZ"/>
        </w:rPr>
        <w:t>Žáci odcházejí na oběd v doprovodu pedagogického pracovníka podle aktuální organizace a časového harmonogramu.</w:t>
      </w:r>
    </w:p>
    <w:p w:rsidR="00F57C49" w:rsidRPr="00646DFE" w:rsidRDefault="008B63D1">
      <w:pPr>
        <w:spacing w:after="120" w:line="276" w:lineRule="auto"/>
        <w:jc w:val="both"/>
        <w:rPr>
          <w:lang w:val="cs-CZ"/>
        </w:rPr>
      </w:pPr>
      <w:r w:rsidRPr="00646DFE">
        <w:rPr>
          <w:lang w:val="cs-CZ"/>
        </w:rPr>
        <w:t>V době školních prázdnin může ředitelka školy po projednání se zřizovatelem činnost školní družiny přerušit. Informace o př</w:t>
      </w:r>
      <w:r w:rsidR="000D57EB" w:rsidRPr="00646DFE">
        <w:rPr>
          <w:lang w:val="cs-CZ"/>
        </w:rPr>
        <w:t>erušení provozu</w:t>
      </w:r>
      <w:r w:rsidRPr="00646DFE">
        <w:rPr>
          <w:lang w:val="cs-CZ"/>
        </w:rPr>
        <w:t>, jsou zákonným zástupcům zveřejněny vhodným způsobem.</w:t>
      </w:r>
    </w:p>
    <w:p w:rsidR="00F57C49" w:rsidRPr="00646DFE" w:rsidRDefault="008B63D1">
      <w:pPr>
        <w:spacing w:after="120" w:line="276" w:lineRule="auto"/>
        <w:jc w:val="both"/>
        <w:rPr>
          <w:lang w:val="cs-CZ"/>
        </w:rPr>
      </w:pPr>
      <w:r w:rsidRPr="00646DFE">
        <w:rPr>
          <w:lang w:val="cs-CZ"/>
        </w:rPr>
        <w:t>Konkrétní zájmové, sportovní, turistické, cyklistické a další programy školní družiny jsou organizovány podle školního vzdělávacího programu a ročního plánu činnosti. V rámci školní družiny jsou žákům nabízeny zájmové kroužky podle aktuální nabídky školy. Konkrétní organizační podmínky jednotlivých kroužků a aktivit jsou zákonným zástupcům sdělovány samostatně.</w:t>
      </w:r>
    </w:p>
    <w:p w:rsidR="00F57C49" w:rsidRPr="00646DFE" w:rsidRDefault="008B63D1">
      <w:pPr>
        <w:spacing w:after="120" w:line="276" w:lineRule="auto"/>
        <w:jc w:val="both"/>
        <w:rPr>
          <w:lang w:val="cs-CZ"/>
        </w:rPr>
      </w:pPr>
      <w:r w:rsidRPr="00646DFE">
        <w:rPr>
          <w:lang w:val="cs-CZ"/>
        </w:rPr>
        <w:t>Školní družina realizuje v odpoledních hodinách plánované zájmové, sportovní, tvořivé, pobytové a další aktivity, které mohou probíhat i mimo budovu školy. Z důvodu zajištění plynulého průběhu programu a bezpečnosti žáků mohou žáci odcházet ze školní družiny po obědě nebo následně až po 15:00 hodině, a to v souladu s údaji uvedenými v přihlášce nebo na základě předem oznámené změny zákonného zástupce. Zákonní zástupci jsou o tomto režimu informováni při přijetí žáka do školní družiny a o případných změnách organizace jsou informováni předem.</w:t>
      </w:r>
    </w:p>
    <w:p w:rsidR="00F57C49" w:rsidRPr="00646DFE" w:rsidRDefault="008B63D1">
      <w:pPr>
        <w:spacing w:after="120" w:line="276" w:lineRule="auto"/>
        <w:jc w:val="both"/>
        <w:rPr>
          <w:lang w:val="cs-CZ"/>
        </w:rPr>
      </w:pPr>
      <w:r w:rsidRPr="00646DFE">
        <w:rPr>
          <w:lang w:val="cs-CZ"/>
        </w:rPr>
        <w:t>Režim školní družiny zohledňuje potřebu odpočinku, spontánního pohybu a pobytu venku. Pobyt venku je zařazován s ohledem na aktuální počasí, zdravotní stav žáků a charakter plánované činnosti.</w:t>
      </w:r>
    </w:p>
    <w:p w:rsidR="00F57C49" w:rsidRPr="00646DFE" w:rsidRDefault="008B63D1">
      <w:pPr>
        <w:pStyle w:val="Nadpis2"/>
        <w:rPr>
          <w:lang w:val="cs-CZ"/>
        </w:rPr>
      </w:pPr>
      <w:r w:rsidRPr="00646DFE">
        <w:rPr>
          <w:lang w:val="cs-CZ"/>
        </w:rPr>
        <w:lastRenderedPageBreak/>
        <w:t>5.1 Postup při nevyzvednutí žáka</w:t>
      </w:r>
    </w:p>
    <w:p w:rsidR="00F57C49" w:rsidRPr="00646DFE" w:rsidRDefault="008B63D1">
      <w:pPr>
        <w:spacing w:after="120" w:line="276" w:lineRule="auto"/>
        <w:jc w:val="both"/>
        <w:rPr>
          <w:lang w:val="cs-CZ"/>
        </w:rPr>
      </w:pPr>
      <w:r w:rsidRPr="00646DFE">
        <w:rPr>
          <w:lang w:val="cs-CZ"/>
        </w:rPr>
        <w:t xml:space="preserve">Není-li žák vyzvednut do skončení provozu školní družiny, vychovatelka se pokusí kontaktovat zákonného zástupce a další oprávněné osoby uvedené v přihlášce a informuje vedení školy. Pokud se nepodaří zajistit bezpečné předání žáka </w:t>
      </w:r>
      <w:r w:rsidR="000D57EB" w:rsidRPr="00646DFE">
        <w:rPr>
          <w:lang w:val="cs-CZ"/>
        </w:rPr>
        <w:t>oprávněné osobě, postupuje vychovatelka</w:t>
      </w:r>
      <w:r w:rsidRPr="00646DFE">
        <w:rPr>
          <w:lang w:val="cs-CZ"/>
        </w:rPr>
        <w:t xml:space="preserve"> s ohledem na konkrétní situaci podle platných právních předpisů a krizových postupů školy, případně kontaktuje příslušné orgány.</w:t>
      </w:r>
    </w:p>
    <w:p w:rsidR="00F57C49" w:rsidRPr="00646DFE" w:rsidRDefault="008B63D1">
      <w:pPr>
        <w:pStyle w:val="Nadpis1"/>
        <w:rPr>
          <w:lang w:val="cs-CZ"/>
        </w:rPr>
      </w:pPr>
      <w:r w:rsidRPr="00646DFE">
        <w:rPr>
          <w:lang w:val="cs-CZ"/>
        </w:rPr>
        <w:t>6. Akce mimo areál školy</w:t>
      </w:r>
    </w:p>
    <w:p w:rsidR="00F57C49" w:rsidRPr="00646DFE" w:rsidRDefault="008B63D1">
      <w:pPr>
        <w:spacing w:after="120" w:line="276" w:lineRule="auto"/>
        <w:jc w:val="both"/>
        <w:rPr>
          <w:lang w:val="cs-CZ"/>
        </w:rPr>
      </w:pPr>
      <w:r w:rsidRPr="00646DFE">
        <w:rPr>
          <w:lang w:val="cs-CZ"/>
        </w:rPr>
        <w:t>Bezpečnost a ochranu zdraví žáků při akcích mimo místo, kde se uskutečňuje zájmové vzdělávání, zajišťuje škola svými zaměstnanci, vždy nejméně jedním pedagogickým pracovníkem.</w:t>
      </w:r>
    </w:p>
    <w:p w:rsidR="00F57C49" w:rsidRPr="00646DFE" w:rsidRDefault="008B63D1">
      <w:pPr>
        <w:spacing w:after="120" w:line="276" w:lineRule="auto"/>
        <w:jc w:val="both"/>
        <w:rPr>
          <w:lang w:val="cs-CZ"/>
        </w:rPr>
      </w:pPr>
      <w:r w:rsidRPr="00646DFE">
        <w:rPr>
          <w:lang w:val="cs-CZ"/>
        </w:rPr>
        <w:t>Nejvyšší počet žáků na jednoho pedagogického pracovníka stanoví ředitelka školy s ohledem na druh činnosti, věk a případné speciální vzdělávací potřeby žáků a zejména s ohledem na jejich bezpečnost.</w:t>
      </w:r>
    </w:p>
    <w:p w:rsidR="00F57C49" w:rsidRPr="00646DFE" w:rsidRDefault="008B63D1">
      <w:pPr>
        <w:spacing w:after="120" w:line="276" w:lineRule="auto"/>
        <w:jc w:val="both"/>
        <w:rPr>
          <w:lang w:val="cs-CZ"/>
        </w:rPr>
      </w:pPr>
      <w:r w:rsidRPr="00646DFE">
        <w:rPr>
          <w:lang w:val="cs-CZ"/>
        </w:rPr>
        <w:t>Každá plánovaná akce mimo běžné prostory školní družiny je předem organizačně a bezpečnostně připravena. Žáci jsou před akcí poučeni o bezpečnosti a pravidlech chování.</w:t>
      </w:r>
    </w:p>
    <w:p w:rsidR="00F57C49" w:rsidRPr="00646DFE" w:rsidRDefault="008B63D1">
      <w:pPr>
        <w:pStyle w:val="Nadpis1"/>
        <w:rPr>
          <w:lang w:val="cs-CZ"/>
        </w:rPr>
      </w:pPr>
      <w:r w:rsidRPr="00646DFE">
        <w:rPr>
          <w:lang w:val="cs-CZ"/>
        </w:rPr>
        <w:t>7. Školní stravování a pitný režim</w:t>
      </w:r>
    </w:p>
    <w:p w:rsidR="00F57C49" w:rsidRPr="00646DFE" w:rsidRDefault="008B63D1">
      <w:pPr>
        <w:spacing w:after="120" w:line="276" w:lineRule="auto"/>
        <w:jc w:val="both"/>
        <w:rPr>
          <w:lang w:val="cs-CZ"/>
        </w:rPr>
      </w:pPr>
      <w:r w:rsidRPr="00646DFE">
        <w:rPr>
          <w:lang w:val="cs-CZ"/>
        </w:rPr>
        <w:t>Ve školní jídelně se žáci řídí vnitřním řádem školní jídelny, pokyny pedagogického dozoru a zaměstnanců školní jídelny a dodržují pravidla hygieny, bezpečnosti a kulturního stolování.</w:t>
      </w:r>
    </w:p>
    <w:p w:rsidR="00F57C49" w:rsidRPr="00646DFE" w:rsidRDefault="008B63D1">
      <w:pPr>
        <w:spacing w:after="120" w:line="276" w:lineRule="auto"/>
        <w:jc w:val="both"/>
        <w:rPr>
          <w:lang w:val="cs-CZ"/>
        </w:rPr>
      </w:pPr>
      <w:r w:rsidRPr="00646DFE">
        <w:rPr>
          <w:lang w:val="cs-CZ"/>
        </w:rPr>
        <w:t>Pitný režim je zajištěn při obědě školní jídelnou. Žáci si dále nosí vlastní pití v uzavíratelné láhvi a v případě potřeby mají možnost doplnit si pitnou vodu. Žáci mají možnost napít se podle své individuální potřeby v průběhu celé doby pobytu ve školní družině.</w:t>
      </w:r>
    </w:p>
    <w:p w:rsidR="00F57C49" w:rsidRPr="00646DFE" w:rsidRDefault="008B63D1">
      <w:pPr>
        <w:spacing w:after="120" w:line="276" w:lineRule="auto"/>
        <w:jc w:val="both"/>
        <w:rPr>
          <w:lang w:val="cs-CZ"/>
        </w:rPr>
      </w:pPr>
      <w:r w:rsidRPr="00646DFE">
        <w:rPr>
          <w:lang w:val="cs-CZ"/>
        </w:rPr>
        <w:t>Žáci dodržují zásady osobní hygieny, zejména mytí rukou před jídlem, po použití toalety, po návratu z venkovních aktivit a podle potřeby.</w:t>
      </w:r>
    </w:p>
    <w:p w:rsidR="00F57C49" w:rsidRPr="00646DFE" w:rsidRDefault="008B63D1">
      <w:pPr>
        <w:spacing w:after="120" w:line="276" w:lineRule="auto"/>
        <w:jc w:val="both"/>
        <w:rPr>
          <w:lang w:val="cs-CZ"/>
        </w:rPr>
      </w:pPr>
      <w:r w:rsidRPr="00646DFE">
        <w:rPr>
          <w:lang w:val="cs-CZ"/>
        </w:rPr>
        <w:t>Odhlášení oběda při nepřítomnosti žáka zajišťuje zákonný zástupce podle pravidel školního stravování.</w:t>
      </w:r>
    </w:p>
    <w:p w:rsidR="00F57C49" w:rsidRPr="00646DFE" w:rsidRDefault="008B63D1">
      <w:pPr>
        <w:pStyle w:val="Nadpis1"/>
        <w:rPr>
          <w:lang w:val="cs-CZ"/>
        </w:rPr>
      </w:pPr>
      <w:r w:rsidRPr="00646DFE">
        <w:rPr>
          <w:lang w:val="cs-CZ"/>
        </w:rPr>
        <w:t>8. Bezpečnost, ochrana zdraví a postup při úrazu</w:t>
      </w:r>
    </w:p>
    <w:p w:rsidR="00F57C49" w:rsidRPr="00646DFE" w:rsidRDefault="008B63D1">
      <w:pPr>
        <w:spacing w:after="120" w:line="276" w:lineRule="auto"/>
        <w:jc w:val="both"/>
        <w:rPr>
          <w:lang w:val="cs-CZ"/>
        </w:rPr>
      </w:pPr>
      <w:r w:rsidRPr="00646DFE">
        <w:rPr>
          <w:lang w:val="cs-CZ"/>
        </w:rPr>
        <w:t>Vychovatelky zajišťují bezpečnost a ochranu zdraví žáků po dobu, kdy za ně školní družina odpovídá, a přihlížejí k jejich základním fyziologickým potřebám.</w:t>
      </w:r>
    </w:p>
    <w:p w:rsidR="00F57C49" w:rsidRPr="00646DFE" w:rsidRDefault="008B63D1">
      <w:pPr>
        <w:spacing w:after="120" w:line="276" w:lineRule="auto"/>
        <w:jc w:val="both"/>
        <w:rPr>
          <w:lang w:val="cs-CZ"/>
        </w:rPr>
      </w:pPr>
      <w:r w:rsidRPr="00646DFE">
        <w:rPr>
          <w:lang w:val="cs-CZ"/>
        </w:rPr>
        <w:t>Žáci jsou na začátku školního roku a podle potřeby v průběhu roku poučeni o bezpečnosti, pravidlech chování a ochraně zdraví. O poučení se vede záznam v dokumentaci školní družiny.</w:t>
      </w:r>
    </w:p>
    <w:p w:rsidR="00F57C49" w:rsidRPr="00646DFE" w:rsidRDefault="008B63D1">
      <w:pPr>
        <w:spacing w:after="120" w:line="276" w:lineRule="auto"/>
        <w:jc w:val="both"/>
        <w:rPr>
          <w:lang w:val="cs-CZ"/>
        </w:rPr>
      </w:pPr>
      <w:r w:rsidRPr="00646DFE">
        <w:rPr>
          <w:lang w:val="cs-CZ"/>
        </w:rPr>
        <w:t>Manipulace s elektrickými rozvody a zásuvkami je žákům zakázána. Osobní elektroniku nesmějí bez souhlasu pedagogického pracovníka připojovat k elektrické síti.</w:t>
      </w:r>
    </w:p>
    <w:p w:rsidR="00F57C49" w:rsidRPr="00646DFE" w:rsidRDefault="008B63D1">
      <w:pPr>
        <w:spacing w:after="120" w:line="276" w:lineRule="auto"/>
        <w:jc w:val="both"/>
        <w:rPr>
          <w:lang w:val="cs-CZ"/>
        </w:rPr>
      </w:pPr>
      <w:r w:rsidRPr="00646DFE">
        <w:rPr>
          <w:lang w:val="cs-CZ"/>
        </w:rPr>
        <w:t>Při náhlé nevolnosti nebo onemocnění vychovatelka bez zbytečného odkladu informuje zákonného zástupce. Žák není odesílán k lékaři ani domů bez zajištění bezpečného předání oprávněné dospělé osobě, není-li nutný jiný postup z důvodu bezprostředního ohrožení zdraví.</w:t>
      </w:r>
    </w:p>
    <w:p w:rsidR="00F57C49" w:rsidRPr="00646DFE" w:rsidRDefault="008B63D1">
      <w:pPr>
        <w:spacing w:after="120" w:line="276" w:lineRule="auto"/>
        <w:jc w:val="both"/>
        <w:rPr>
          <w:lang w:val="cs-CZ"/>
        </w:rPr>
      </w:pPr>
      <w:r w:rsidRPr="00646DFE">
        <w:rPr>
          <w:lang w:val="cs-CZ"/>
        </w:rPr>
        <w:t>Lékárnička první pomoci je umístěna ve sborovně. Za její pravidelnou kontrolu a doplňování zdravotnického materiálu odpovídá pověřený zaměstnanec.</w:t>
      </w:r>
    </w:p>
    <w:p w:rsidR="00923702" w:rsidRPr="00646DFE" w:rsidRDefault="00923702">
      <w:pPr>
        <w:pStyle w:val="Nadpis2"/>
        <w:rPr>
          <w:lang w:val="cs-CZ"/>
        </w:rPr>
      </w:pPr>
    </w:p>
    <w:p w:rsidR="00923702" w:rsidRPr="00646DFE" w:rsidRDefault="00923702">
      <w:pPr>
        <w:pStyle w:val="Nadpis2"/>
        <w:rPr>
          <w:lang w:val="cs-CZ"/>
        </w:rPr>
      </w:pPr>
    </w:p>
    <w:p w:rsidR="00F57C49" w:rsidRPr="00646DFE" w:rsidRDefault="008B63D1">
      <w:pPr>
        <w:pStyle w:val="Nadpis2"/>
        <w:rPr>
          <w:lang w:val="cs-CZ"/>
        </w:rPr>
      </w:pPr>
      <w:r w:rsidRPr="00646DFE">
        <w:rPr>
          <w:lang w:val="cs-CZ"/>
        </w:rPr>
        <w:t>8.1 Postup při úrazu</w:t>
      </w:r>
    </w:p>
    <w:p w:rsidR="00F57C49" w:rsidRPr="00646DFE" w:rsidRDefault="008B63D1">
      <w:pPr>
        <w:spacing w:after="120" w:line="276" w:lineRule="auto"/>
        <w:jc w:val="both"/>
        <w:rPr>
          <w:lang w:val="cs-CZ"/>
        </w:rPr>
      </w:pPr>
      <w:r w:rsidRPr="00646DFE">
        <w:rPr>
          <w:lang w:val="cs-CZ"/>
        </w:rPr>
        <w:t>Žák oznámí úraz bez zbytečného odkladu vychovatelce nebo jinému zaměstnanci školy.</w:t>
      </w:r>
    </w:p>
    <w:p w:rsidR="00F57C49" w:rsidRPr="00646DFE" w:rsidRDefault="008B63D1">
      <w:pPr>
        <w:spacing w:after="120" w:line="276" w:lineRule="auto"/>
        <w:jc w:val="both"/>
        <w:rPr>
          <w:lang w:val="cs-CZ"/>
        </w:rPr>
      </w:pPr>
      <w:r w:rsidRPr="00646DFE">
        <w:rPr>
          <w:lang w:val="cs-CZ"/>
        </w:rPr>
        <w:t>Pedagogický pracovník poskytne první pomoc a podle závažnosti zajistí odborné ošetření nebo přivolání zdravotnické záchranné služby.</w:t>
      </w:r>
    </w:p>
    <w:p w:rsidR="00F57C49" w:rsidRPr="00646DFE" w:rsidRDefault="008B63D1">
      <w:pPr>
        <w:spacing w:after="120" w:line="276" w:lineRule="auto"/>
        <w:jc w:val="both"/>
        <w:rPr>
          <w:lang w:val="cs-CZ"/>
        </w:rPr>
      </w:pPr>
      <w:r w:rsidRPr="00646DFE">
        <w:rPr>
          <w:lang w:val="cs-CZ"/>
        </w:rPr>
        <w:t>O úrazu je bez zbytečného odkladu informován zákonný zástupce.</w:t>
      </w:r>
    </w:p>
    <w:p w:rsidR="00F57C49" w:rsidRPr="00646DFE" w:rsidRDefault="008B63D1">
      <w:pPr>
        <w:spacing w:after="120" w:line="276" w:lineRule="auto"/>
        <w:jc w:val="both"/>
        <w:rPr>
          <w:lang w:val="cs-CZ"/>
        </w:rPr>
      </w:pPr>
      <w:r w:rsidRPr="00646DFE">
        <w:rPr>
          <w:lang w:val="cs-CZ"/>
        </w:rPr>
        <w:t>Úraz je evidován v knize úrazů a v případech stanovených právními předpisy je vyhotoven záznam o úrazu. Škola dále postupuje podle platných právních předpisů a své vnitřní dokumentace k evidenci a řešení úrazů.</w:t>
      </w:r>
    </w:p>
    <w:p w:rsidR="00F57C49" w:rsidRPr="00646DFE" w:rsidRDefault="008B63D1">
      <w:pPr>
        <w:pStyle w:val="Nadpis1"/>
        <w:rPr>
          <w:lang w:val="cs-CZ"/>
        </w:rPr>
      </w:pPr>
      <w:r w:rsidRPr="00646DFE">
        <w:rPr>
          <w:lang w:val="cs-CZ"/>
        </w:rPr>
        <w:t>9. Podmínky zacházení s majetkem</w:t>
      </w:r>
    </w:p>
    <w:p w:rsidR="00F57C49" w:rsidRPr="00646DFE" w:rsidRDefault="008B63D1">
      <w:pPr>
        <w:spacing w:after="120" w:line="276" w:lineRule="auto"/>
        <w:jc w:val="both"/>
        <w:rPr>
          <w:lang w:val="cs-CZ"/>
        </w:rPr>
      </w:pPr>
      <w:r w:rsidRPr="00646DFE">
        <w:rPr>
          <w:lang w:val="cs-CZ"/>
        </w:rPr>
        <w:t>Žáci zacházejí šetrně s majetkem školy, školní družiny a ostatních osob.</w:t>
      </w:r>
    </w:p>
    <w:p w:rsidR="00F57C49" w:rsidRPr="00646DFE" w:rsidRDefault="008B63D1">
      <w:pPr>
        <w:spacing w:after="120" w:line="276" w:lineRule="auto"/>
        <w:jc w:val="both"/>
        <w:rPr>
          <w:lang w:val="cs-CZ"/>
        </w:rPr>
      </w:pPr>
      <w:r w:rsidRPr="00646DFE">
        <w:rPr>
          <w:lang w:val="cs-CZ"/>
        </w:rPr>
        <w:t>Zjištěné poškození nebo závadu neprodleně oznámí vychovatelce.</w:t>
      </w:r>
    </w:p>
    <w:p w:rsidR="00F57C49" w:rsidRPr="00646DFE" w:rsidRDefault="008B63D1">
      <w:pPr>
        <w:spacing w:after="120" w:line="276" w:lineRule="auto"/>
        <w:jc w:val="both"/>
        <w:rPr>
          <w:lang w:val="cs-CZ"/>
        </w:rPr>
      </w:pPr>
      <w:r w:rsidRPr="00646DFE">
        <w:rPr>
          <w:lang w:val="cs-CZ"/>
        </w:rPr>
        <w:t>V případě úmyslného poškození majetku škola projedná událost se zákonným zástupcem a postupuje podle platných právních předpisů.</w:t>
      </w:r>
    </w:p>
    <w:p w:rsidR="00F57C49" w:rsidRPr="00646DFE" w:rsidRDefault="008B63D1">
      <w:pPr>
        <w:spacing w:after="120" w:line="276" w:lineRule="auto"/>
        <w:jc w:val="both"/>
        <w:rPr>
          <w:lang w:val="cs-CZ"/>
        </w:rPr>
      </w:pPr>
      <w:r w:rsidRPr="00646DFE">
        <w:rPr>
          <w:lang w:val="cs-CZ"/>
        </w:rPr>
        <w:t>Škola doporučuje nenosit do školní družiny cenné předměty a vyšší finanční částky. Osobní věci mají žáci zabezpečit podle pokynů vychovatelky.</w:t>
      </w:r>
    </w:p>
    <w:p w:rsidR="00F57C49" w:rsidRPr="00646DFE" w:rsidRDefault="008B63D1">
      <w:pPr>
        <w:pStyle w:val="Nadpis1"/>
        <w:rPr>
          <w:lang w:val="cs-CZ"/>
        </w:rPr>
      </w:pPr>
      <w:r w:rsidRPr="00646DFE">
        <w:rPr>
          <w:lang w:val="cs-CZ"/>
        </w:rPr>
        <w:t>10. Úplata za zájmové vzdělávání</w:t>
      </w:r>
    </w:p>
    <w:p w:rsidR="00F57C49" w:rsidRPr="00646DFE" w:rsidRDefault="008B63D1">
      <w:pPr>
        <w:spacing w:after="120" w:line="276" w:lineRule="auto"/>
        <w:jc w:val="both"/>
        <w:rPr>
          <w:lang w:val="cs-CZ"/>
        </w:rPr>
      </w:pPr>
      <w:r w:rsidRPr="00646DFE">
        <w:rPr>
          <w:lang w:val="cs-CZ"/>
        </w:rPr>
        <w:t>Zájmové vzdělávání ve školní družině je poskytováno za úplatu. Výši měsíční úplaty na období školního roku stanoví zřizovatel v souladu s právními předpisy. O aktuální výši úplaty škola vhodným způsobem informuje zákonné zástupce.</w:t>
      </w:r>
    </w:p>
    <w:p w:rsidR="00F57C49" w:rsidRPr="00646DFE" w:rsidRDefault="000D57EB">
      <w:pPr>
        <w:spacing w:after="120" w:line="276" w:lineRule="auto"/>
        <w:jc w:val="both"/>
        <w:rPr>
          <w:lang w:val="cs-CZ"/>
        </w:rPr>
      </w:pPr>
      <w:r w:rsidRPr="00646DFE">
        <w:rPr>
          <w:lang w:val="cs-CZ"/>
        </w:rPr>
        <w:t xml:space="preserve">Úplata je rozdělena na pololetí. První platba proběhne v září a druhá v lednu daného roku. </w:t>
      </w:r>
    </w:p>
    <w:p w:rsidR="00F57C49" w:rsidRPr="00646DFE" w:rsidRDefault="008B63D1">
      <w:pPr>
        <w:spacing w:after="120" w:line="276" w:lineRule="auto"/>
        <w:jc w:val="both"/>
        <w:rPr>
          <w:lang w:val="cs-CZ"/>
        </w:rPr>
      </w:pPr>
      <w:r w:rsidRPr="00646DFE">
        <w:rPr>
          <w:lang w:val="cs-CZ"/>
        </w:rPr>
        <w:t>Pokud je v kalendářním měsíci provoz školní družiny omezen nebo přerušen po dobu delší než 5 dnů, úplata se poměrně sníží. O její upravené výši škola zákonné zástupce vhodným způsobem informuje.</w:t>
      </w:r>
    </w:p>
    <w:p w:rsidR="00F57C49" w:rsidRPr="00646DFE" w:rsidRDefault="008B63D1">
      <w:pPr>
        <w:spacing w:after="120" w:line="276" w:lineRule="auto"/>
        <w:jc w:val="both"/>
        <w:rPr>
          <w:lang w:val="cs-CZ"/>
        </w:rPr>
      </w:pPr>
      <w:r w:rsidRPr="00646DFE">
        <w:rPr>
          <w:lang w:val="cs-CZ"/>
        </w:rPr>
        <w:t>Ředitelka školy může úplatu snížit nebo žáka od úplaty osvobodit v případech stanovených § 11 vyhlášky č. 74/2005 Sb., o zájmovém vzdělávání, ve znění pozdějších předpisů, zejména při splnění zákonem stanovených podmínek souvisejících s dávkou státní sociální pomoci, zvýšením příspěvku na péči nebo pěstounskou péčí. Zákonný zástupce rozhodné skutečnosti škole prokáže příslušným dokladem.</w:t>
      </w:r>
    </w:p>
    <w:p w:rsidR="00F57C49" w:rsidRPr="00646DFE" w:rsidRDefault="008B63D1">
      <w:pPr>
        <w:spacing w:after="120" w:line="276" w:lineRule="auto"/>
        <w:jc w:val="both"/>
        <w:rPr>
          <w:lang w:val="cs-CZ"/>
        </w:rPr>
      </w:pPr>
      <w:r w:rsidRPr="00646DFE">
        <w:rPr>
          <w:lang w:val="cs-CZ"/>
        </w:rPr>
        <w:t>Žádost o snížení nebo osvobození od úplaty lze podat v průběhu školního roku. Zákonný zástupce je povinen bezodkladně oznámit změnu skutečností, na jejichž základě bylo snížení nebo osvobození přiznáno.</w:t>
      </w:r>
    </w:p>
    <w:p w:rsidR="00F57C49" w:rsidRPr="00646DFE" w:rsidRDefault="008B63D1">
      <w:pPr>
        <w:spacing w:after="120" w:line="276" w:lineRule="auto"/>
        <w:jc w:val="both"/>
        <w:rPr>
          <w:lang w:val="cs-CZ"/>
        </w:rPr>
      </w:pPr>
      <w:r w:rsidRPr="00646DFE">
        <w:rPr>
          <w:lang w:val="cs-CZ"/>
        </w:rPr>
        <w:t>Neuhrazení úplaty škola řeší se zákonným zástupcem. Případné další kroky týkající se účasti dítěte ve školní družině se posuzují individuálně a v souladu s platnými právními předpisy.</w:t>
      </w:r>
    </w:p>
    <w:p w:rsidR="00F57C49" w:rsidRPr="00646DFE" w:rsidRDefault="008B63D1">
      <w:pPr>
        <w:pStyle w:val="Nadpis1"/>
        <w:rPr>
          <w:lang w:val="cs-CZ"/>
        </w:rPr>
      </w:pPr>
      <w:r w:rsidRPr="00646DFE">
        <w:rPr>
          <w:lang w:val="cs-CZ"/>
        </w:rPr>
        <w:t>11. Závěrečná ustanovení</w:t>
      </w:r>
    </w:p>
    <w:p w:rsidR="00F57C49" w:rsidRPr="00646DFE" w:rsidRDefault="008B63D1">
      <w:pPr>
        <w:spacing w:after="120" w:line="276" w:lineRule="auto"/>
        <w:jc w:val="both"/>
        <w:rPr>
          <w:lang w:val="cs-CZ"/>
        </w:rPr>
      </w:pPr>
      <w:r w:rsidRPr="00646DFE">
        <w:rPr>
          <w:lang w:val="cs-CZ"/>
        </w:rPr>
        <w:t>Tento vnitřní řád vydává ředitelka školy a je závazný pro žáky zájmového vzdělávání, jejich zákonné zástupce a zaměstnance školy v rozsahu, v němž se jich týká.</w:t>
      </w:r>
    </w:p>
    <w:p w:rsidR="00F57C49" w:rsidRPr="00646DFE" w:rsidRDefault="008B63D1">
      <w:pPr>
        <w:spacing w:after="120" w:line="276" w:lineRule="auto"/>
        <w:jc w:val="both"/>
        <w:rPr>
          <w:lang w:val="cs-CZ"/>
        </w:rPr>
      </w:pPr>
      <w:r w:rsidRPr="00646DFE">
        <w:rPr>
          <w:lang w:val="cs-CZ"/>
        </w:rPr>
        <w:lastRenderedPageBreak/>
        <w:t>Vnitřní řád je zveřejněn na přístupném místě ve škole a způsobem umožňujícím dálkový přístup. Zaměstnanci a žáci jsou s jeho obsahem prokazatelně seznámeni a zákonní zástupci jsou informováni o jeho vydání a obsahu.</w:t>
      </w:r>
    </w:p>
    <w:p w:rsidR="00F57C49" w:rsidRPr="00646DFE" w:rsidRDefault="008B63D1">
      <w:pPr>
        <w:spacing w:after="120" w:line="276" w:lineRule="auto"/>
        <w:jc w:val="both"/>
        <w:rPr>
          <w:lang w:val="cs-CZ"/>
        </w:rPr>
      </w:pPr>
      <w:r w:rsidRPr="00646DFE">
        <w:rPr>
          <w:lang w:val="cs-CZ"/>
        </w:rPr>
        <w:t>Vnitřní řád nabývá účinnosti dne 1. 9. 2026. Tímto dnem se ruší předchozí vnitřní řád školní družiny účinný od 1. 9. 2025.</w:t>
      </w:r>
    </w:p>
    <w:p w:rsidR="00F57C49" w:rsidRPr="00646DFE" w:rsidRDefault="00F57C49">
      <w:pPr>
        <w:rPr>
          <w:lang w:val="cs-CZ"/>
        </w:rPr>
      </w:pPr>
    </w:p>
    <w:p w:rsidR="00F57C49" w:rsidRPr="00646DFE" w:rsidRDefault="008B63D1">
      <w:pPr>
        <w:spacing w:after="120" w:line="276" w:lineRule="auto"/>
        <w:jc w:val="both"/>
        <w:rPr>
          <w:lang w:val="cs-CZ"/>
        </w:rPr>
      </w:pPr>
      <w:r w:rsidRPr="00646DFE">
        <w:rPr>
          <w:lang w:val="cs-CZ"/>
        </w:rPr>
        <w:t>V Nemojov</w:t>
      </w:r>
      <w:r w:rsidR="00E30ED4" w:rsidRPr="00646DFE">
        <w:rPr>
          <w:lang w:val="cs-CZ"/>
        </w:rPr>
        <w:t>ě dne 1. 9. 2026</w:t>
      </w:r>
    </w:p>
    <w:p w:rsidR="00F57C49" w:rsidRPr="00646DFE" w:rsidRDefault="008B63D1" w:rsidP="00E30ED4">
      <w:pPr>
        <w:spacing w:after="120" w:line="276" w:lineRule="auto"/>
        <w:rPr>
          <w:lang w:val="cs-CZ"/>
        </w:rPr>
      </w:pPr>
      <w:r w:rsidRPr="00646DFE">
        <w:rPr>
          <w:b/>
          <w:lang w:val="cs-CZ"/>
        </w:rPr>
        <w:t>Mgr. Veronika Dulínková</w:t>
      </w:r>
      <w:r w:rsidRPr="00646DFE">
        <w:rPr>
          <w:b/>
          <w:lang w:val="cs-CZ"/>
        </w:rPr>
        <w:br/>
        <w:t>ředitelka školy</w:t>
      </w:r>
    </w:p>
    <w:sectPr w:rsidR="00F57C49" w:rsidRPr="00646DFE" w:rsidSect="0003461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964" w:right="1134" w:bottom="90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0EAD" w:rsidRDefault="008B63D1">
      <w:pPr>
        <w:spacing w:after="0" w:line="240" w:lineRule="auto"/>
      </w:pPr>
      <w:r>
        <w:separator/>
      </w:r>
    </w:p>
  </w:endnote>
  <w:endnote w:type="continuationSeparator" w:id="0">
    <w:p w:rsidR="00390EAD" w:rsidRDefault="008B63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084C" w:rsidRDefault="00FC084C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7C49" w:rsidRDefault="008B63D1">
    <w:pPr>
      <w:pStyle w:val="Zpat"/>
      <w:jc w:val="center"/>
    </w:pPr>
    <w:bookmarkStart w:id="0" w:name="_GoBack"/>
    <w:bookmarkEnd w:id="0"/>
    <w:r w:rsidRPr="00FC084C">
      <w:rPr>
        <w:sz w:val="18"/>
        <w:lang w:val="cs-CZ"/>
      </w:rPr>
      <w:t>Vnitřní řád školní družiny</w:t>
    </w:r>
    <w:r>
      <w:rPr>
        <w:sz w:val="18"/>
      </w:rPr>
      <w:t xml:space="preserve">  |  </w:t>
    </w:r>
    <w:r>
      <w:fldChar w:fldCharType="begin"/>
    </w:r>
    <w:r>
      <w:instrText>PAGE</w:instrText>
    </w:r>
    <w:r>
      <w:fldChar w:fldCharType="separate"/>
    </w:r>
    <w:r w:rsidR="00FC084C">
      <w:rPr>
        <w:noProof/>
      </w:rPr>
      <w:t>5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084C" w:rsidRDefault="00FC084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0EAD" w:rsidRDefault="008B63D1">
      <w:pPr>
        <w:spacing w:after="0" w:line="240" w:lineRule="auto"/>
      </w:pPr>
      <w:r>
        <w:separator/>
      </w:r>
    </w:p>
  </w:footnote>
  <w:footnote w:type="continuationSeparator" w:id="0">
    <w:p w:rsidR="00390EAD" w:rsidRDefault="008B63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084C" w:rsidRDefault="00FC084C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7C49" w:rsidRPr="00FC084C" w:rsidRDefault="008B63D1">
    <w:pPr>
      <w:pStyle w:val="Zhlav"/>
      <w:jc w:val="center"/>
      <w:rPr>
        <w:lang w:val="cs-CZ"/>
      </w:rPr>
    </w:pPr>
    <w:r w:rsidRPr="00FC084C">
      <w:rPr>
        <w:sz w:val="18"/>
        <w:lang w:val="cs-CZ"/>
      </w:rPr>
      <w:t>Základní škola a mateřská škola MUDr. Josefa Moravce, Nemojov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084C" w:rsidRDefault="00FC084C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D57EB"/>
    <w:rsid w:val="00102B71"/>
    <w:rsid w:val="0015074B"/>
    <w:rsid w:val="0029639D"/>
    <w:rsid w:val="00326F90"/>
    <w:rsid w:val="00390EAD"/>
    <w:rsid w:val="00646DFE"/>
    <w:rsid w:val="008B63D1"/>
    <w:rsid w:val="0091254D"/>
    <w:rsid w:val="00923702"/>
    <w:rsid w:val="00AA1D8D"/>
    <w:rsid w:val="00B47730"/>
    <w:rsid w:val="00CB0664"/>
    <w:rsid w:val="00E30ED4"/>
    <w:rsid w:val="00F57C49"/>
    <w:rsid w:val="00FB1676"/>
    <w:rsid w:val="00FC084C"/>
    <w:rsid w:val="00FC693F"/>
    <w:rsid w:val="00FD2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E6F728A4-DBE3-4563-9F9F-519A4A0B8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C693F"/>
    <w:pPr>
      <w:spacing w:after="80" w:line="252" w:lineRule="auto"/>
    </w:pPr>
    <w:rPr>
      <w:rFonts w:ascii="Calibri" w:hAnsi="Calibri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/>
      <w:b/>
      <w:bCs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44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bubliny">
    <w:name w:val="Balloon Text"/>
    <w:basedOn w:val="Normln"/>
    <w:link w:val="TextbublinyChar"/>
    <w:uiPriority w:val="99"/>
    <w:semiHidden/>
    <w:unhideWhenUsed/>
    <w:rsid w:val="008B63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B63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CE0DC8D-3A2C-4F62-A02A-4FEC2798E8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2216</Words>
  <Characters>13078</Characters>
  <Application>Microsoft Office Word</Application>
  <DocSecurity>0</DocSecurity>
  <Lines>108</Lines>
  <Paragraphs>30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15264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Veronika Dulínková</cp:lastModifiedBy>
  <cp:revision>4</cp:revision>
  <cp:lastPrinted>2026-09-11T07:14:00Z</cp:lastPrinted>
  <dcterms:created xsi:type="dcterms:W3CDTF">2026-09-11T08:04:00Z</dcterms:created>
  <dcterms:modified xsi:type="dcterms:W3CDTF">2026-10-23T17:45:00Z</dcterms:modified>
  <cp:category/>
</cp:coreProperties>
</file>